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287C" w:rsidRPr="00F70C08" w:rsidRDefault="00475735">
      <w:pPr>
        <w:jc w:val="center"/>
        <w:rPr>
          <w:rFonts w:ascii="Times New Roman" w:hAnsi="Times New Roman" w:cs="Times New Roman"/>
          <w:i/>
          <w:color w:val="215868" w:themeColor="accent5" w:themeShade="80"/>
          <w:sz w:val="24"/>
          <w:lang w:val="uk-UA"/>
        </w:rPr>
      </w:pPr>
      <w:r w:rsidRPr="00F70C08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 xml:space="preserve">Освітня програма </w:t>
      </w:r>
      <w:r w:rsidR="00F70C08" w:rsidRPr="00F70C08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«</w:t>
      </w:r>
      <w:r w:rsidRPr="00F70C08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Документознавство та інформаційна діяльність</w:t>
      </w:r>
      <w:r w:rsidR="00F70C08" w:rsidRPr="00F70C08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»</w:t>
      </w:r>
    </w:p>
    <w:p w:rsidR="0063287C" w:rsidRPr="00F70C08" w:rsidRDefault="00475735">
      <w:pPr>
        <w:jc w:val="center"/>
        <w:rPr>
          <w:rFonts w:ascii="Times New Roman" w:hAnsi="Times New Roman" w:cs="Times New Roman"/>
          <w:b/>
          <w:sz w:val="24"/>
          <w:lang w:val="uk-UA"/>
        </w:rPr>
      </w:pPr>
      <w:r w:rsidRPr="00F70C08">
        <w:rPr>
          <w:rFonts w:ascii="Times New Roman" w:hAnsi="Times New Roman" w:cs="Times New Roman"/>
          <w:b/>
          <w:sz w:val="24"/>
          <w:lang w:val="uk-UA"/>
        </w:rPr>
        <w:t xml:space="preserve">Успішність </w:t>
      </w:r>
      <w:r w:rsidR="00F70C08" w:rsidRPr="00F70C08">
        <w:rPr>
          <w:rFonts w:ascii="Times New Roman" w:hAnsi="Times New Roman" w:cs="Times New Roman"/>
          <w:b/>
          <w:sz w:val="24"/>
          <w:lang w:val="uk-UA"/>
        </w:rPr>
        <w:t>здобувачів освіти</w:t>
      </w:r>
      <w:r w:rsidRPr="00F70C08">
        <w:rPr>
          <w:rFonts w:ascii="Times New Roman" w:hAnsi="Times New Roman" w:cs="Times New Roman"/>
          <w:b/>
          <w:sz w:val="24"/>
          <w:lang w:val="uk-UA"/>
        </w:rPr>
        <w:t xml:space="preserve"> 1 курсу магістратури</w:t>
      </w:r>
      <w:r w:rsidR="00F70C08" w:rsidRPr="00F70C08">
        <w:rPr>
          <w:rFonts w:ascii="Times New Roman" w:hAnsi="Times New Roman" w:cs="Times New Roman"/>
          <w:b/>
          <w:sz w:val="24"/>
          <w:lang w:val="uk-UA"/>
        </w:rPr>
        <w:t xml:space="preserve"> </w:t>
      </w:r>
      <w:r w:rsidRPr="00F70C08">
        <w:rPr>
          <w:rFonts w:ascii="Times New Roman" w:hAnsi="Times New Roman" w:cs="Times New Roman"/>
          <w:b/>
          <w:sz w:val="24"/>
          <w:lang w:val="uk-UA"/>
        </w:rPr>
        <w:t>на кінець тижня підсумкового контролю, %</w:t>
      </w:r>
    </w:p>
    <w:p w:rsidR="0063287C" w:rsidRPr="00F70C08" w:rsidRDefault="00475735">
      <w:pPr>
        <w:jc w:val="center"/>
        <w:rPr>
          <w:rFonts w:ascii="Times New Roman" w:hAnsi="Times New Roman" w:cs="Times New Roman"/>
          <w:lang w:val="uk-UA"/>
        </w:rPr>
      </w:pPr>
      <w:r w:rsidRPr="00F70C08">
        <w:rPr>
          <w:rFonts w:ascii="Times New Roman" w:hAnsi="Times New Roman" w:cs="Times New Roman"/>
          <w:noProof/>
          <w:lang w:val="uk-UA" w:eastAsia="ru-RU"/>
        </w:rPr>
        <w:drawing>
          <wp:inline distT="0" distB="0" distL="0" distR="0">
            <wp:extent cx="8415517" cy="4252822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7_chart_1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420270" cy="4255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287C" w:rsidRPr="00F70C08" w:rsidRDefault="00475735">
      <w:pPr>
        <w:rPr>
          <w:rFonts w:ascii="Times New Roman" w:hAnsi="Times New Roman" w:cs="Times New Roman"/>
          <w:lang w:val="uk-UA"/>
        </w:rPr>
      </w:pPr>
      <w:r w:rsidRPr="00F70C08">
        <w:rPr>
          <w:rFonts w:ascii="Times New Roman" w:hAnsi="Times New Roman" w:cs="Times New Roman"/>
          <w:lang w:val="uk-UA"/>
        </w:rPr>
        <w:br w:type="page"/>
      </w:r>
    </w:p>
    <w:p w:rsidR="0063287C" w:rsidRPr="00F70C08" w:rsidRDefault="00475735">
      <w:pPr>
        <w:jc w:val="center"/>
        <w:rPr>
          <w:rFonts w:ascii="Times New Roman" w:hAnsi="Times New Roman" w:cs="Times New Roman"/>
          <w:i/>
          <w:color w:val="215868" w:themeColor="accent5" w:themeShade="80"/>
          <w:sz w:val="24"/>
          <w:lang w:val="uk-UA"/>
        </w:rPr>
      </w:pPr>
      <w:r w:rsidRPr="00F70C08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lastRenderedPageBreak/>
        <w:t xml:space="preserve">Освітня </w:t>
      </w:r>
      <w:r w:rsidRPr="00F70C08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 xml:space="preserve">програма </w:t>
      </w:r>
      <w:r w:rsidR="00F70C08" w:rsidRPr="00F70C08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«</w:t>
      </w:r>
      <w:r w:rsidRPr="00F70C08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Прикладна лінгвістика</w:t>
      </w:r>
      <w:r w:rsidR="00F70C08" w:rsidRPr="00F70C08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»</w:t>
      </w:r>
    </w:p>
    <w:p w:rsidR="0063287C" w:rsidRPr="00F70C08" w:rsidRDefault="00475735">
      <w:pPr>
        <w:jc w:val="center"/>
        <w:rPr>
          <w:rFonts w:ascii="Times New Roman" w:hAnsi="Times New Roman" w:cs="Times New Roman"/>
          <w:b/>
          <w:sz w:val="24"/>
          <w:lang w:val="uk-UA"/>
        </w:rPr>
      </w:pPr>
      <w:r w:rsidRPr="00F70C08">
        <w:rPr>
          <w:rFonts w:ascii="Times New Roman" w:hAnsi="Times New Roman" w:cs="Times New Roman"/>
          <w:b/>
          <w:sz w:val="24"/>
          <w:lang w:val="uk-UA"/>
        </w:rPr>
        <w:t xml:space="preserve">Успішність </w:t>
      </w:r>
      <w:r w:rsidR="00F70C08" w:rsidRPr="00F70C08">
        <w:rPr>
          <w:rFonts w:ascii="Times New Roman" w:hAnsi="Times New Roman" w:cs="Times New Roman"/>
          <w:b/>
          <w:sz w:val="24"/>
          <w:lang w:val="uk-UA"/>
        </w:rPr>
        <w:t>здобувачів освіти</w:t>
      </w:r>
      <w:r w:rsidRPr="00F70C08">
        <w:rPr>
          <w:rFonts w:ascii="Times New Roman" w:hAnsi="Times New Roman" w:cs="Times New Roman"/>
          <w:b/>
          <w:sz w:val="24"/>
          <w:lang w:val="uk-UA"/>
        </w:rPr>
        <w:t xml:space="preserve"> 1 курсу магістратури</w:t>
      </w:r>
      <w:r w:rsidR="00F70C08" w:rsidRPr="00F70C08">
        <w:rPr>
          <w:rFonts w:ascii="Times New Roman" w:hAnsi="Times New Roman" w:cs="Times New Roman"/>
          <w:b/>
          <w:sz w:val="24"/>
          <w:lang w:val="uk-UA"/>
        </w:rPr>
        <w:t xml:space="preserve"> </w:t>
      </w:r>
      <w:r w:rsidRPr="00F70C08">
        <w:rPr>
          <w:rFonts w:ascii="Times New Roman" w:hAnsi="Times New Roman" w:cs="Times New Roman"/>
          <w:b/>
          <w:sz w:val="24"/>
          <w:lang w:val="uk-UA"/>
        </w:rPr>
        <w:t>на кінець тижня підсумкового контролю, %</w:t>
      </w:r>
    </w:p>
    <w:p w:rsidR="0063287C" w:rsidRPr="00F70C08" w:rsidRDefault="00475735">
      <w:pPr>
        <w:jc w:val="center"/>
        <w:rPr>
          <w:rFonts w:ascii="Times New Roman" w:hAnsi="Times New Roman" w:cs="Times New Roman"/>
          <w:lang w:val="uk-UA"/>
        </w:rPr>
      </w:pPr>
      <w:r w:rsidRPr="00F70C08">
        <w:rPr>
          <w:rFonts w:ascii="Times New Roman" w:hAnsi="Times New Roman" w:cs="Times New Roman"/>
          <w:noProof/>
          <w:lang w:val="uk-UA" w:eastAsia="ru-RU"/>
        </w:rPr>
        <w:drawing>
          <wp:inline distT="0" distB="0" distL="0" distR="0">
            <wp:extent cx="8569147" cy="4330460"/>
            <wp:effectExtent l="0" t="0" r="381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7_chart_2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573544" cy="4332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287C" w:rsidRPr="00F70C08" w:rsidRDefault="00475735">
      <w:pPr>
        <w:rPr>
          <w:rFonts w:ascii="Times New Roman" w:hAnsi="Times New Roman" w:cs="Times New Roman"/>
          <w:lang w:val="uk-UA"/>
        </w:rPr>
      </w:pPr>
      <w:r w:rsidRPr="00F70C08">
        <w:rPr>
          <w:rFonts w:ascii="Times New Roman" w:hAnsi="Times New Roman" w:cs="Times New Roman"/>
          <w:lang w:val="uk-UA"/>
        </w:rPr>
        <w:br w:type="page"/>
      </w:r>
    </w:p>
    <w:p w:rsidR="0063287C" w:rsidRPr="00F70C08" w:rsidRDefault="00475735">
      <w:pPr>
        <w:jc w:val="center"/>
        <w:rPr>
          <w:rFonts w:ascii="Times New Roman" w:hAnsi="Times New Roman" w:cs="Times New Roman"/>
          <w:i/>
          <w:color w:val="215868" w:themeColor="accent5" w:themeShade="80"/>
          <w:sz w:val="24"/>
          <w:lang w:val="uk-UA"/>
        </w:rPr>
      </w:pPr>
      <w:r w:rsidRPr="00F70C08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lastRenderedPageBreak/>
        <w:t xml:space="preserve">Освітня програма </w:t>
      </w:r>
      <w:r w:rsidR="00F70C08" w:rsidRPr="00F70C08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«</w:t>
      </w:r>
      <w:r w:rsidRPr="00F70C08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Психологічне консультування</w:t>
      </w:r>
      <w:r w:rsidRPr="00F70C08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 xml:space="preserve"> та психотерапія</w:t>
      </w:r>
      <w:r w:rsidR="00F70C08" w:rsidRPr="00F70C08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»</w:t>
      </w:r>
    </w:p>
    <w:p w:rsidR="0063287C" w:rsidRPr="00F70C08" w:rsidRDefault="00475735">
      <w:pPr>
        <w:jc w:val="center"/>
        <w:rPr>
          <w:rFonts w:ascii="Times New Roman" w:hAnsi="Times New Roman" w:cs="Times New Roman"/>
          <w:b/>
          <w:sz w:val="24"/>
          <w:lang w:val="uk-UA"/>
        </w:rPr>
      </w:pPr>
      <w:r w:rsidRPr="00F70C08">
        <w:rPr>
          <w:rFonts w:ascii="Times New Roman" w:hAnsi="Times New Roman" w:cs="Times New Roman"/>
          <w:b/>
          <w:sz w:val="24"/>
          <w:lang w:val="uk-UA"/>
        </w:rPr>
        <w:t xml:space="preserve">Успішність </w:t>
      </w:r>
      <w:r w:rsidR="00F70C08" w:rsidRPr="00F70C08">
        <w:rPr>
          <w:rFonts w:ascii="Times New Roman" w:hAnsi="Times New Roman" w:cs="Times New Roman"/>
          <w:b/>
          <w:sz w:val="24"/>
          <w:lang w:val="uk-UA"/>
        </w:rPr>
        <w:t>здобувачів освіти</w:t>
      </w:r>
      <w:r w:rsidRPr="00F70C08">
        <w:rPr>
          <w:rFonts w:ascii="Times New Roman" w:hAnsi="Times New Roman" w:cs="Times New Roman"/>
          <w:b/>
          <w:sz w:val="24"/>
          <w:lang w:val="uk-UA"/>
        </w:rPr>
        <w:t xml:space="preserve"> 1 курсу магістратури</w:t>
      </w:r>
      <w:r w:rsidR="00F70C08" w:rsidRPr="00F70C08">
        <w:rPr>
          <w:rFonts w:ascii="Times New Roman" w:hAnsi="Times New Roman" w:cs="Times New Roman"/>
          <w:b/>
          <w:sz w:val="24"/>
          <w:lang w:val="uk-UA"/>
        </w:rPr>
        <w:t xml:space="preserve"> </w:t>
      </w:r>
      <w:r w:rsidRPr="00F70C08">
        <w:rPr>
          <w:rFonts w:ascii="Times New Roman" w:hAnsi="Times New Roman" w:cs="Times New Roman"/>
          <w:b/>
          <w:sz w:val="24"/>
          <w:lang w:val="uk-UA"/>
        </w:rPr>
        <w:t>на кінець тижня підсумкового контролю, %</w:t>
      </w:r>
    </w:p>
    <w:p w:rsidR="0063287C" w:rsidRPr="00F70C08" w:rsidRDefault="00475735">
      <w:pPr>
        <w:jc w:val="center"/>
        <w:rPr>
          <w:rFonts w:ascii="Times New Roman" w:hAnsi="Times New Roman" w:cs="Times New Roman"/>
          <w:lang w:val="uk-UA"/>
        </w:rPr>
      </w:pPr>
      <w:r w:rsidRPr="00F70C08">
        <w:rPr>
          <w:rFonts w:ascii="Times New Roman" w:hAnsi="Times New Roman" w:cs="Times New Roman"/>
          <w:noProof/>
          <w:lang w:val="uk-UA" w:eastAsia="ru-RU"/>
        </w:rPr>
        <w:drawing>
          <wp:inline distT="0" distB="0" distL="0" distR="0">
            <wp:extent cx="8517938" cy="4304581"/>
            <wp:effectExtent l="0" t="0" r="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7_chart_3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522375" cy="4306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287C" w:rsidRPr="00F70C08" w:rsidRDefault="00475735">
      <w:pPr>
        <w:rPr>
          <w:rFonts w:ascii="Times New Roman" w:hAnsi="Times New Roman" w:cs="Times New Roman"/>
          <w:lang w:val="uk-UA"/>
        </w:rPr>
      </w:pPr>
      <w:r w:rsidRPr="00F70C08">
        <w:rPr>
          <w:rFonts w:ascii="Times New Roman" w:hAnsi="Times New Roman" w:cs="Times New Roman"/>
          <w:lang w:val="uk-UA"/>
        </w:rPr>
        <w:br w:type="page"/>
      </w:r>
    </w:p>
    <w:p w:rsidR="0063287C" w:rsidRPr="003421B1" w:rsidRDefault="00475735">
      <w:pPr>
        <w:jc w:val="center"/>
        <w:rPr>
          <w:rFonts w:ascii="Times New Roman" w:hAnsi="Times New Roman" w:cs="Times New Roman"/>
          <w:i/>
          <w:color w:val="215868" w:themeColor="accent5" w:themeShade="80"/>
          <w:sz w:val="24"/>
          <w:lang w:val="uk-UA"/>
        </w:rPr>
      </w:pPr>
      <w:r w:rsidRPr="003421B1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lastRenderedPageBreak/>
        <w:t xml:space="preserve">Освітня програма </w:t>
      </w:r>
      <w:r w:rsidR="003421B1" w:rsidRPr="003421B1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«</w:t>
      </w:r>
      <w:r w:rsidRPr="003421B1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Право</w:t>
      </w:r>
      <w:r w:rsidR="003421B1" w:rsidRPr="003421B1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»</w:t>
      </w:r>
    </w:p>
    <w:p w:rsidR="0063287C" w:rsidRPr="003421B1" w:rsidRDefault="00475735">
      <w:pPr>
        <w:jc w:val="center"/>
        <w:rPr>
          <w:rFonts w:ascii="Times New Roman" w:hAnsi="Times New Roman" w:cs="Times New Roman"/>
          <w:b/>
          <w:sz w:val="24"/>
          <w:lang w:val="uk-UA"/>
        </w:rPr>
      </w:pPr>
      <w:r w:rsidRPr="003421B1">
        <w:rPr>
          <w:rFonts w:ascii="Times New Roman" w:hAnsi="Times New Roman" w:cs="Times New Roman"/>
          <w:b/>
          <w:sz w:val="24"/>
          <w:lang w:val="uk-UA"/>
        </w:rPr>
        <w:t xml:space="preserve">Успішність </w:t>
      </w:r>
      <w:r w:rsidR="00F70C08" w:rsidRPr="003421B1">
        <w:rPr>
          <w:rFonts w:ascii="Times New Roman" w:hAnsi="Times New Roman" w:cs="Times New Roman"/>
          <w:b/>
          <w:sz w:val="24"/>
          <w:lang w:val="uk-UA"/>
        </w:rPr>
        <w:t>здобувачів освіти</w:t>
      </w:r>
      <w:r w:rsidRPr="003421B1">
        <w:rPr>
          <w:rFonts w:ascii="Times New Roman" w:hAnsi="Times New Roman" w:cs="Times New Roman"/>
          <w:b/>
          <w:sz w:val="24"/>
          <w:lang w:val="uk-UA"/>
        </w:rPr>
        <w:t xml:space="preserve"> 1 курсу магіс</w:t>
      </w:r>
      <w:r w:rsidRPr="003421B1">
        <w:rPr>
          <w:rFonts w:ascii="Times New Roman" w:hAnsi="Times New Roman" w:cs="Times New Roman"/>
          <w:b/>
          <w:sz w:val="24"/>
          <w:lang w:val="uk-UA"/>
        </w:rPr>
        <w:t>тратури</w:t>
      </w:r>
      <w:r w:rsidR="003421B1" w:rsidRPr="003421B1">
        <w:rPr>
          <w:rFonts w:ascii="Times New Roman" w:hAnsi="Times New Roman" w:cs="Times New Roman"/>
          <w:b/>
          <w:sz w:val="24"/>
          <w:lang w:val="uk-UA"/>
        </w:rPr>
        <w:t xml:space="preserve"> </w:t>
      </w:r>
      <w:r w:rsidRPr="003421B1">
        <w:rPr>
          <w:rFonts w:ascii="Times New Roman" w:hAnsi="Times New Roman" w:cs="Times New Roman"/>
          <w:b/>
          <w:sz w:val="24"/>
          <w:lang w:val="uk-UA"/>
        </w:rPr>
        <w:t>на кінець тижня підсумкового контролю, %</w:t>
      </w:r>
    </w:p>
    <w:p w:rsidR="0063287C" w:rsidRPr="00F70C08" w:rsidRDefault="00465076">
      <w:pPr>
        <w:jc w:val="center"/>
        <w:rPr>
          <w:rFonts w:ascii="Times New Roman" w:hAnsi="Times New Roman" w:cs="Times New Roman"/>
          <w:lang w:val="uk-UA"/>
        </w:rPr>
      </w:pPr>
      <w:r w:rsidRPr="00F70C08">
        <w:rPr>
          <w:rFonts w:ascii="Times New Roman" w:hAnsi="Times New Roman" w:cs="Times New Roman"/>
          <w:noProof/>
          <w:lang w:val="uk-UA" w:eastAsia="ru-RU"/>
        </w:rPr>
        <w:drawing>
          <wp:inline distT="0" distB="0" distL="0" distR="0" wp14:anchorId="101C5DEB" wp14:editId="2B4BBF50">
            <wp:extent cx="8323340" cy="4206240"/>
            <wp:effectExtent l="0" t="0" r="1905" b="381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5_chart_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328846" cy="4209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287C" w:rsidRPr="00F70C08" w:rsidRDefault="00475735">
      <w:pPr>
        <w:rPr>
          <w:rFonts w:ascii="Times New Roman" w:hAnsi="Times New Roman" w:cs="Times New Roman"/>
          <w:lang w:val="uk-UA"/>
        </w:rPr>
      </w:pPr>
      <w:r w:rsidRPr="00F70C08">
        <w:rPr>
          <w:rFonts w:ascii="Times New Roman" w:hAnsi="Times New Roman" w:cs="Times New Roman"/>
          <w:lang w:val="uk-UA"/>
        </w:rPr>
        <w:br w:type="page"/>
      </w:r>
    </w:p>
    <w:p w:rsidR="0063287C" w:rsidRPr="00475735" w:rsidRDefault="00475735">
      <w:pPr>
        <w:jc w:val="center"/>
        <w:rPr>
          <w:rFonts w:ascii="Times New Roman" w:hAnsi="Times New Roman" w:cs="Times New Roman"/>
          <w:i/>
          <w:color w:val="215868" w:themeColor="accent5" w:themeShade="80"/>
          <w:sz w:val="24"/>
          <w:lang w:val="uk-UA"/>
        </w:rPr>
      </w:pPr>
      <w:r w:rsidRPr="00475735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lastRenderedPageBreak/>
        <w:t>Освітня програма «</w:t>
      </w:r>
      <w:r w:rsidRPr="00475735">
        <w:rPr>
          <w:rFonts w:ascii="Times New Roman" w:hAnsi="Times New Roman" w:cs="Times New Roman"/>
          <w:b/>
          <w:i/>
          <w:color w:val="215868" w:themeColor="accent5" w:themeShade="80"/>
          <w:sz w:val="32"/>
          <w:lang w:val="uk-UA"/>
        </w:rPr>
        <w:t>Правоохоронна діяльність»</w:t>
      </w:r>
    </w:p>
    <w:p w:rsidR="0063287C" w:rsidRPr="00475735" w:rsidRDefault="00475735">
      <w:pPr>
        <w:jc w:val="center"/>
        <w:rPr>
          <w:rFonts w:ascii="Times New Roman" w:hAnsi="Times New Roman" w:cs="Times New Roman"/>
          <w:b/>
          <w:sz w:val="24"/>
          <w:lang w:val="uk-UA"/>
        </w:rPr>
      </w:pPr>
      <w:r w:rsidRPr="00475735">
        <w:rPr>
          <w:rFonts w:ascii="Times New Roman" w:hAnsi="Times New Roman" w:cs="Times New Roman"/>
          <w:b/>
          <w:sz w:val="24"/>
          <w:lang w:val="uk-UA"/>
        </w:rPr>
        <w:t xml:space="preserve">Успішність </w:t>
      </w:r>
      <w:r w:rsidR="00F70C08" w:rsidRPr="00475735">
        <w:rPr>
          <w:rFonts w:ascii="Times New Roman" w:hAnsi="Times New Roman" w:cs="Times New Roman"/>
          <w:b/>
          <w:sz w:val="24"/>
          <w:lang w:val="uk-UA"/>
        </w:rPr>
        <w:t>здобувачів освіти</w:t>
      </w:r>
      <w:r w:rsidRPr="00475735">
        <w:rPr>
          <w:rFonts w:ascii="Times New Roman" w:hAnsi="Times New Roman" w:cs="Times New Roman"/>
          <w:b/>
          <w:sz w:val="24"/>
          <w:lang w:val="uk-UA"/>
        </w:rPr>
        <w:t xml:space="preserve"> 1 курсу магістратури </w:t>
      </w:r>
      <w:r w:rsidRPr="00475735">
        <w:rPr>
          <w:rFonts w:ascii="Times New Roman" w:hAnsi="Times New Roman" w:cs="Times New Roman"/>
          <w:b/>
          <w:sz w:val="24"/>
          <w:lang w:val="uk-UA"/>
        </w:rPr>
        <w:t>на кінець тижня підсумко</w:t>
      </w:r>
      <w:r w:rsidRPr="00475735">
        <w:rPr>
          <w:rFonts w:ascii="Times New Roman" w:hAnsi="Times New Roman" w:cs="Times New Roman"/>
          <w:b/>
          <w:sz w:val="24"/>
          <w:lang w:val="uk-UA"/>
        </w:rPr>
        <w:t>вого контролю, %</w:t>
      </w:r>
    </w:p>
    <w:p w:rsidR="0063287C" w:rsidRPr="00F70C08" w:rsidRDefault="00475735">
      <w:pPr>
        <w:jc w:val="center"/>
        <w:rPr>
          <w:rFonts w:ascii="Times New Roman" w:hAnsi="Times New Roman" w:cs="Times New Roman"/>
          <w:lang w:val="uk-UA"/>
        </w:rPr>
      </w:pPr>
      <w:bookmarkStart w:id="0" w:name="_GoBack"/>
      <w:r w:rsidRPr="00F70C08">
        <w:rPr>
          <w:rFonts w:ascii="Times New Roman" w:hAnsi="Times New Roman" w:cs="Times New Roman"/>
          <w:noProof/>
          <w:lang w:val="uk-UA" w:eastAsia="ru-RU"/>
        </w:rPr>
        <w:drawing>
          <wp:inline distT="0" distB="0" distL="0" distR="0">
            <wp:extent cx="8159467" cy="4123426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7_chart_5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164620" cy="4126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3287C" w:rsidRPr="00F70C08" w:rsidSect="00034616">
      <w:pgSz w:w="15840" w:h="12240" w:orient="landscape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421B1"/>
    <w:rsid w:val="00465076"/>
    <w:rsid w:val="00475735"/>
    <w:rsid w:val="0063287C"/>
    <w:rsid w:val="00AA1D8D"/>
    <w:rsid w:val="00B47730"/>
    <w:rsid w:val="00CB0664"/>
    <w:rsid w:val="00F70C0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FF7DE3A4-72B5-4512-90D5-64A1752AF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Arial" w:hAnsi="Arial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3F36704-28C3-4F06-9F1C-7FF57DB61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Пользователь</cp:lastModifiedBy>
  <cp:revision>5</cp:revision>
  <dcterms:created xsi:type="dcterms:W3CDTF">2013-12-23T23:15:00Z</dcterms:created>
  <dcterms:modified xsi:type="dcterms:W3CDTF">2026-09-23T14:02:00Z</dcterms:modified>
  <cp:category/>
</cp:coreProperties>
</file>