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89B" w:rsidRPr="0057530C" w:rsidRDefault="00363EB4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57530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Освітня програма </w:t>
      </w:r>
      <w:r w:rsidR="0057530C" w:rsidRPr="0057530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57530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Економіка підприємства</w:t>
      </w:r>
      <w:r w:rsidR="0057530C" w:rsidRPr="0057530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089B" w:rsidRPr="0057530C" w:rsidRDefault="00363EB4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57530C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57530C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57530C" w:rsidRPr="0057530C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57530C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089B" w:rsidRPr="00720033" w:rsidRDefault="00363EB4">
      <w:pPr>
        <w:jc w:val="center"/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074883" cy="408068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_chart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79700" cy="408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89B" w:rsidRPr="00720033" w:rsidRDefault="00363EB4">
      <w:pPr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lang w:val="uk-UA"/>
        </w:rPr>
        <w:br w:type="page"/>
      </w:r>
    </w:p>
    <w:p w:rsidR="001B089B" w:rsidRPr="00CE1E3D" w:rsidRDefault="00363EB4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CE1E3D"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Облік і </w:t>
      </w:r>
      <w:r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оподаткування</w:t>
      </w:r>
      <w:r w:rsidR="00CE1E3D"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089B" w:rsidRPr="00CE1E3D" w:rsidRDefault="00363EB4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E1E3D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CE1E3D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CE1E3D" w:rsidRPr="00CE1E3D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CE1E3D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089B" w:rsidRPr="00720033" w:rsidRDefault="00363EB4">
      <w:pPr>
        <w:jc w:val="center"/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7758752" cy="3920923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_chart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64208" cy="392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89B" w:rsidRPr="00720033" w:rsidRDefault="00363EB4">
      <w:pPr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lang w:val="uk-UA"/>
        </w:rPr>
        <w:br w:type="page"/>
      </w:r>
    </w:p>
    <w:p w:rsidR="001B089B" w:rsidRPr="00CE1E3D" w:rsidRDefault="00363EB4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CE1E3D"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Менеджмент</w:t>
      </w:r>
      <w:r w:rsidR="00CE1E3D" w:rsidRPr="00CE1E3D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089B" w:rsidRPr="00CE1E3D" w:rsidRDefault="00363EB4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E1E3D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CE1E3D">
        <w:rPr>
          <w:rFonts w:ascii="Times New Roman" w:hAnsi="Times New Roman" w:cs="Times New Roman"/>
          <w:b/>
          <w:sz w:val="24"/>
          <w:lang w:val="uk-UA"/>
        </w:rPr>
        <w:t xml:space="preserve"> 1 курсу магі</w:t>
      </w:r>
      <w:r w:rsidRPr="00CE1E3D">
        <w:rPr>
          <w:rFonts w:ascii="Times New Roman" w:hAnsi="Times New Roman" w:cs="Times New Roman"/>
          <w:b/>
          <w:sz w:val="24"/>
          <w:lang w:val="uk-UA"/>
        </w:rPr>
        <w:t>стратури</w:t>
      </w:r>
      <w:r w:rsidR="00CE1E3D" w:rsidRPr="00CE1E3D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CE1E3D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089B" w:rsidRPr="00720033" w:rsidRDefault="00363EB4">
      <w:pPr>
        <w:jc w:val="center"/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331443" cy="42103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_chart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34904" cy="421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89B" w:rsidRPr="00720033" w:rsidRDefault="00363EB4">
      <w:pPr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lang w:val="uk-UA"/>
        </w:rPr>
        <w:br w:type="page"/>
      </w:r>
    </w:p>
    <w:p w:rsidR="001B089B" w:rsidRPr="008E5AEA" w:rsidRDefault="00363EB4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8E5AEA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8E5AEA" w:rsidRPr="008E5AEA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8E5AEA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Маркетинг</w:t>
      </w:r>
      <w:r w:rsidR="008E5AEA" w:rsidRPr="008E5AEA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089B" w:rsidRPr="008E5AEA" w:rsidRDefault="00363EB4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8E5AEA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8E5AEA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8E5AEA" w:rsidRPr="008E5AEA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8E5AEA">
        <w:rPr>
          <w:rFonts w:ascii="Times New Roman" w:hAnsi="Times New Roman" w:cs="Times New Roman"/>
          <w:b/>
          <w:sz w:val="24"/>
          <w:lang w:val="uk-UA"/>
        </w:rPr>
        <w:t xml:space="preserve">на кінець тижня підсумкового контролю, </w:t>
      </w:r>
      <w:r w:rsidRPr="008E5AEA">
        <w:rPr>
          <w:rFonts w:ascii="Times New Roman" w:hAnsi="Times New Roman" w:cs="Times New Roman"/>
          <w:b/>
          <w:sz w:val="24"/>
          <w:lang w:val="uk-UA"/>
        </w:rPr>
        <w:t>%</w:t>
      </w:r>
    </w:p>
    <w:p w:rsidR="001B089B" w:rsidRPr="00720033" w:rsidRDefault="00363EB4">
      <w:pPr>
        <w:jc w:val="center"/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115391" cy="410115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_chart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20188" cy="410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89B" w:rsidRPr="00720033" w:rsidRDefault="00363EB4">
      <w:pPr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lang w:val="uk-UA"/>
        </w:rPr>
        <w:br w:type="page"/>
      </w:r>
    </w:p>
    <w:p w:rsidR="001B089B" w:rsidRPr="00363EB4" w:rsidRDefault="00363EB4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363EB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r w:rsidRPr="00363EB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Інженерія програмного забезпечення»</w:t>
      </w:r>
    </w:p>
    <w:p w:rsidR="001B089B" w:rsidRPr="00363EB4" w:rsidRDefault="00363EB4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363EB4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363EB4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 </w:t>
      </w:r>
      <w:r w:rsidRPr="00363EB4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089B" w:rsidRPr="00720033" w:rsidRDefault="00363EB4">
      <w:pPr>
        <w:jc w:val="center"/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36919" cy="416256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_chart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41131" cy="416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89B" w:rsidRPr="00720033" w:rsidRDefault="00363EB4">
      <w:pPr>
        <w:rPr>
          <w:rFonts w:ascii="Times New Roman" w:hAnsi="Times New Roman" w:cs="Times New Roman"/>
          <w:lang w:val="uk-UA"/>
        </w:rPr>
      </w:pPr>
      <w:r w:rsidRPr="00720033">
        <w:rPr>
          <w:rFonts w:ascii="Times New Roman" w:hAnsi="Times New Roman" w:cs="Times New Roman"/>
          <w:lang w:val="uk-UA"/>
        </w:rPr>
        <w:br w:type="page"/>
      </w:r>
    </w:p>
    <w:p w:rsidR="001B089B" w:rsidRPr="00363EB4" w:rsidRDefault="00363EB4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363EB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r w:rsidRPr="00363EB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Управління та адміністрування регіональних економічних систем»</w:t>
      </w:r>
    </w:p>
    <w:p w:rsidR="001B089B" w:rsidRPr="00363EB4" w:rsidRDefault="00363EB4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363EB4">
        <w:rPr>
          <w:rFonts w:ascii="Times New Roman" w:hAnsi="Times New Roman" w:cs="Times New Roman"/>
          <w:b/>
          <w:sz w:val="24"/>
          <w:lang w:val="uk-UA"/>
        </w:rPr>
        <w:t>Успішність здобувачів освіти</w:t>
      </w:r>
      <w:r w:rsidRPr="00363EB4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 </w:t>
      </w:r>
      <w:r w:rsidRPr="00363EB4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089B" w:rsidRPr="00720033" w:rsidRDefault="00363EB4">
      <w:pPr>
        <w:jc w:val="center"/>
        <w:rPr>
          <w:rFonts w:ascii="Times New Roman" w:hAnsi="Times New Roman" w:cs="Times New Roman"/>
          <w:lang w:val="uk-UA"/>
        </w:rPr>
      </w:pPr>
      <w:bookmarkStart w:id="0" w:name="_GoBack"/>
      <w:r w:rsidRPr="00720033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63926" cy="4176215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_chart_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71056" cy="417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B089B" w:rsidRPr="00720033" w:rsidSect="00034616">
      <w:pgSz w:w="15840" w:h="122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089B"/>
    <w:rsid w:val="0029639D"/>
    <w:rsid w:val="00326F90"/>
    <w:rsid w:val="00363EB4"/>
    <w:rsid w:val="0057530C"/>
    <w:rsid w:val="00720033"/>
    <w:rsid w:val="008E5AEA"/>
    <w:rsid w:val="00AA1D8D"/>
    <w:rsid w:val="00B47730"/>
    <w:rsid w:val="00CB0664"/>
    <w:rsid w:val="00CE1E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A129385-2C43-47E9-AC11-95AE5211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6E3B17-940A-41AE-A937-0755FE1B2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6</cp:revision>
  <dcterms:created xsi:type="dcterms:W3CDTF">2013-12-23T23:15:00Z</dcterms:created>
  <dcterms:modified xsi:type="dcterms:W3CDTF">2026-09-23T13:48:00Z</dcterms:modified>
  <cp:category/>
</cp:coreProperties>
</file>