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89D" w:rsidRPr="00794225" w:rsidRDefault="003A37A8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Освітня програма </w:t>
      </w:r>
      <w:r w:rsidR="00794225"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Системне програмування</w:t>
      </w:r>
      <w:r w:rsidR="00794225"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B0289D" w:rsidRPr="00794225" w:rsidRDefault="003A37A8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794225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794225" w:rsidRPr="00794225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794225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794225" w:rsidRPr="00794225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794225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B0289D" w:rsidRPr="00794225" w:rsidRDefault="003A37A8">
      <w:pPr>
        <w:jc w:val="center"/>
        <w:rPr>
          <w:rFonts w:ascii="Times New Roman" w:hAnsi="Times New Roman" w:cs="Times New Roman"/>
          <w:lang w:val="uk-UA"/>
        </w:rPr>
      </w:pPr>
      <w:r w:rsidRPr="00794225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323340" cy="4206240"/>
            <wp:effectExtent l="0" t="0" r="190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_chart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28846" cy="420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89D" w:rsidRPr="00794225" w:rsidRDefault="003A37A8">
      <w:pPr>
        <w:rPr>
          <w:rFonts w:ascii="Times New Roman" w:hAnsi="Times New Roman" w:cs="Times New Roman"/>
          <w:lang w:val="uk-UA"/>
        </w:rPr>
      </w:pPr>
      <w:r w:rsidRPr="00794225">
        <w:rPr>
          <w:rFonts w:ascii="Times New Roman" w:hAnsi="Times New Roman" w:cs="Times New Roman"/>
          <w:lang w:val="uk-UA"/>
        </w:rPr>
        <w:br w:type="page"/>
      </w:r>
    </w:p>
    <w:p w:rsidR="00B0289D" w:rsidRPr="00794225" w:rsidRDefault="003A37A8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794225"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Безпека </w:t>
      </w:r>
      <w:r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інформаційних і комунікаційних систем</w:t>
      </w:r>
      <w:r w:rsidR="00794225"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B0289D" w:rsidRPr="00794225" w:rsidRDefault="003A37A8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794225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794225" w:rsidRPr="00794225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794225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794225" w:rsidRPr="00794225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794225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B0289D" w:rsidRPr="00794225" w:rsidRDefault="003A37A8">
      <w:pPr>
        <w:jc w:val="center"/>
        <w:rPr>
          <w:rFonts w:ascii="Times New Roman" w:hAnsi="Times New Roman" w:cs="Times New Roman"/>
          <w:lang w:val="uk-UA"/>
        </w:rPr>
      </w:pPr>
      <w:r w:rsidRPr="00794225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453619" cy="4272077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_chart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60140" cy="427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89D" w:rsidRPr="00794225" w:rsidRDefault="003A37A8">
      <w:pPr>
        <w:rPr>
          <w:rFonts w:ascii="Times New Roman" w:hAnsi="Times New Roman" w:cs="Times New Roman"/>
          <w:lang w:val="uk-UA"/>
        </w:rPr>
      </w:pPr>
      <w:r w:rsidRPr="00794225">
        <w:rPr>
          <w:rFonts w:ascii="Times New Roman" w:hAnsi="Times New Roman" w:cs="Times New Roman"/>
          <w:lang w:val="uk-UA"/>
        </w:rPr>
        <w:br w:type="page"/>
      </w:r>
    </w:p>
    <w:p w:rsidR="00B0289D" w:rsidRPr="00794225" w:rsidRDefault="003A37A8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794225"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proofErr w:type="spellStart"/>
      <w:r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Біомедична</w:t>
      </w:r>
      <w:proofErr w:type="spellEnd"/>
      <w:r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 інформат</w:t>
      </w:r>
      <w:r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ика та радіоелектроніка</w:t>
      </w:r>
      <w:r w:rsidR="00794225"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B0289D" w:rsidRPr="00794225" w:rsidRDefault="003A37A8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794225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794225" w:rsidRPr="00794225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794225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794225" w:rsidRPr="00794225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794225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B0289D" w:rsidRPr="00794225" w:rsidRDefault="003A37A8">
      <w:pPr>
        <w:jc w:val="center"/>
        <w:rPr>
          <w:rFonts w:ascii="Times New Roman" w:hAnsi="Times New Roman" w:cs="Times New Roman"/>
          <w:lang w:val="uk-UA"/>
        </w:rPr>
      </w:pPr>
      <w:r w:rsidRPr="00794225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244230" cy="4166261"/>
            <wp:effectExtent l="0" t="0" r="444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_chart_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50071" cy="4169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89D" w:rsidRPr="00794225" w:rsidRDefault="003A37A8">
      <w:pPr>
        <w:rPr>
          <w:rFonts w:ascii="Times New Roman" w:hAnsi="Times New Roman" w:cs="Times New Roman"/>
          <w:lang w:val="uk-UA"/>
        </w:rPr>
      </w:pPr>
      <w:r w:rsidRPr="00794225">
        <w:rPr>
          <w:rFonts w:ascii="Times New Roman" w:hAnsi="Times New Roman" w:cs="Times New Roman"/>
          <w:lang w:val="uk-UA"/>
        </w:rPr>
        <w:br w:type="page"/>
      </w:r>
    </w:p>
    <w:p w:rsidR="00B0289D" w:rsidRPr="00794225" w:rsidRDefault="003A37A8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794225"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Інформаційні мережі зв’язку</w:t>
      </w:r>
      <w:r w:rsidR="00794225" w:rsidRPr="0079422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B0289D" w:rsidRPr="00794225" w:rsidRDefault="003A37A8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794225">
        <w:rPr>
          <w:rFonts w:ascii="Times New Roman" w:hAnsi="Times New Roman" w:cs="Times New Roman"/>
          <w:b/>
          <w:sz w:val="24"/>
          <w:lang w:val="uk-UA"/>
        </w:rPr>
        <w:t>Успі</w:t>
      </w:r>
      <w:r w:rsidRPr="00794225">
        <w:rPr>
          <w:rFonts w:ascii="Times New Roman" w:hAnsi="Times New Roman" w:cs="Times New Roman"/>
          <w:b/>
          <w:sz w:val="24"/>
          <w:lang w:val="uk-UA"/>
        </w:rPr>
        <w:t xml:space="preserve">шність </w:t>
      </w:r>
      <w:r w:rsidR="00794225" w:rsidRPr="00794225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794225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794225" w:rsidRPr="00794225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794225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B0289D" w:rsidRPr="00794225" w:rsidRDefault="003A37A8">
      <w:pPr>
        <w:jc w:val="center"/>
        <w:rPr>
          <w:rFonts w:ascii="Times New Roman" w:hAnsi="Times New Roman" w:cs="Times New Roman"/>
          <w:lang w:val="uk-UA"/>
        </w:rPr>
      </w:pPr>
      <w:r w:rsidRPr="00794225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279913" cy="4184294"/>
            <wp:effectExtent l="0" t="0" r="6985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_chart_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87358" cy="418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89D" w:rsidRPr="00794225" w:rsidRDefault="003A37A8">
      <w:pPr>
        <w:rPr>
          <w:rFonts w:ascii="Times New Roman" w:hAnsi="Times New Roman" w:cs="Times New Roman"/>
          <w:lang w:val="uk-UA"/>
        </w:rPr>
      </w:pPr>
      <w:r w:rsidRPr="00794225">
        <w:rPr>
          <w:rFonts w:ascii="Times New Roman" w:hAnsi="Times New Roman" w:cs="Times New Roman"/>
          <w:lang w:val="uk-UA"/>
        </w:rPr>
        <w:br w:type="page"/>
      </w:r>
    </w:p>
    <w:p w:rsidR="00B0289D" w:rsidRPr="00241EDC" w:rsidRDefault="003A37A8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241EDC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241EDC" w:rsidRPr="00241EDC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241EDC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Радіоелектронні пристрої, системи та комплекси</w:t>
      </w:r>
      <w:r w:rsidR="00241EDC" w:rsidRPr="00241EDC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B0289D" w:rsidRPr="00241EDC" w:rsidRDefault="003A37A8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241EDC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794225" w:rsidRPr="00241EDC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241EDC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241EDC" w:rsidRPr="00241EDC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241EDC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B0289D" w:rsidRPr="00794225" w:rsidRDefault="003A37A8">
      <w:pPr>
        <w:jc w:val="center"/>
        <w:rPr>
          <w:rFonts w:ascii="Times New Roman" w:hAnsi="Times New Roman" w:cs="Times New Roman"/>
          <w:lang w:val="uk-UA"/>
        </w:rPr>
      </w:pPr>
      <w:bookmarkStart w:id="0" w:name="_GoBack"/>
      <w:r w:rsidRPr="00794225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091734" cy="4089197"/>
            <wp:effectExtent l="0" t="0" r="508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_chart_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97641" cy="4092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0289D" w:rsidRPr="00794225" w:rsidSect="00034616">
      <w:pgSz w:w="15840" w:h="12240" w:orient="landscape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41EDC"/>
    <w:rsid w:val="0029639D"/>
    <w:rsid w:val="00326F90"/>
    <w:rsid w:val="003A37A8"/>
    <w:rsid w:val="00794225"/>
    <w:rsid w:val="00AA1D8D"/>
    <w:rsid w:val="00B0289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2FE8737-88FF-4DBC-AF56-B70C161F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C9CAE6-9323-4FA4-A9F9-20E230BF3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4</cp:revision>
  <dcterms:created xsi:type="dcterms:W3CDTF">2013-12-23T23:15:00Z</dcterms:created>
  <dcterms:modified xsi:type="dcterms:W3CDTF">2026-09-23T13:32:00Z</dcterms:modified>
  <cp:category/>
</cp:coreProperties>
</file>