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419" w:rsidRPr="00603726" w:rsidRDefault="00BE0F86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60372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603726" w:rsidRPr="0060372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60372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Космічний моніторинг Землі</w:t>
      </w:r>
      <w:r w:rsidR="00603726" w:rsidRPr="0060372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C66419" w:rsidRPr="00603726" w:rsidRDefault="00BE0F86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603726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603726" w:rsidRPr="0060372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603726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603726" w:rsidRPr="00603726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603726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C66419" w:rsidRPr="00603726" w:rsidRDefault="00BE0F86">
      <w:pPr>
        <w:jc w:val="center"/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527883" cy="4309607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35314" cy="431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419" w:rsidRPr="00603726" w:rsidRDefault="00BE0F86">
      <w:pPr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lang w:val="uk-UA"/>
        </w:rPr>
        <w:br w:type="page"/>
      </w:r>
    </w:p>
    <w:p w:rsidR="00C66419" w:rsidRPr="00BE0F86" w:rsidRDefault="00BE0F86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Системний </w:t>
      </w: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аналіз і управління»</w:t>
      </w:r>
    </w:p>
    <w:p w:rsidR="00C66419" w:rsidRPr="00BE0F86" w:rsidRDefault="00BE0F86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603726" w:rsidRPr="00BE0F8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BE0F86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C66419" w:rsidRPr="00603726" w:rsidRDefault="00BE0F86">
      <w:pPr>
        <w:jc w:val="center"/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50264" cy="411877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57661" cy="412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419" w:rsidRPr="00603726" w:rsidRDefault="00BE0F86">
      <w:pPr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lang w:val="uk-UA"/>
        </w:rPr>
        <w:br w:type="page"/>
      </w:r>
    </w:p>
    <w:p w:rsidR="00C66419" w:rsidRPr="00BE0F86" w:rsidRDefault="00BE0F86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Ракетно-космічна техніка»</w:t>
      </w:r>
    </w:p>
    <w:p w:rsidR="00C66419" w:rsidRPr="00BE0F86" w:rsidRDefault="00BE0F86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603726" w:rsidRPr="00BE0F8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BE0F86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C66419" w:rsidRPr="00603726" w:rsidRDefault="00BE0F86">
      <w:pPr>
        <w:jc w:val="center"/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97466" cy="41426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00821" cy="41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419" w:rsidRPr="00603726" w:rsidRDefault="00BE0F86">
      <w:pPr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lang w:val="uk-UA"/>
        </w:rPr>
        <w:br w:type="page"/>
      </w:r>
    </w:p>
    <w:p w:rsidR="00C66419" w:rsidRPr="00BE0F86" w:rsidRDefault="00BE0F86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Нетрадиційні та відновлювані джерела енергії»</w:t>
      </w:r>
    </w:p>
    <w:p w:rsidR="00C66419" w:rsidRPr="00BE0F86" w:rsidRDefault="00BE0F86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603726" w:rsidRPr="00BE0F8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 1 ку</w:t>
      </w: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рсу магістратури </w:t>
      </w:r>
      <w:r w:rsidRPr="00BE0F86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C66419" w:rsidRPr="00603726" w:rsidRDefault="00BE0F86">
      <w:pPr>
        <w:jc w:val="center"/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008656" cy="40472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_chart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15157" cy="40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419" w:rsidRPr="00603726" w:rsidRDefault="00BE0F86">
      <w:pPr>
        <w:rPr>
          <w:rFonts w:ascii="Times New Roman" w:hAnsi="Times New Roman" w:cs="Times New Roman"/>
          <w:lang w:val="uk-UA"/>
        </w:rPr>
      </w:pPr>
      <w:r w:rsidRPr="00603726">
        <w:rPr>
          <w:rFonts w:ascii="Times New Roman" w:hAnsi="Times New Roman" w:cs="Times New Roman"/>
          <w:lang w:val="uk-UA"/>
        </w:rPr>
        <w:br w:type="page"/>
      </w:r>
    </w:p>
    <w:p w:rsidR="00C66419" w:rsidRPr="00BE0F86" w:rsidRDefault="00BE0F86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proofErr w:type="spellStart"/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Геоінформаційні</w:t>
      </w:r>
      <w:proofErr w:type="spellEnd"/>
      <w:r w:rsidRPr="00BE0F8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 системи і технології»</w:t>
      </w:r>
    </w:p>
    <w:p w:rsidR="00C66419" w:rsidRPr="00BE0F86" w:rsidRDefault="00BE0F86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603726" w:rsidRPr="00BE0F8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BE0F86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BE0F86">
        <w:rPr>
          <w:rFonts w:ascii="Times New Roman" w:hAnsi="Times New Roman" w:cs="Times New Roman"/>
          <w:b/>
          <w:sz w:val="24"/>
          <w:lang w:val="uk-UA"/>
        </w:rPr>
        <w:t>на к</w:t>
      </w:r>
      <w:r w:rsidRPr="00BE0F86">
        <w:rPr>
          <w:rFonts w:ascii="Times New Roman" w:hAnsi="Times New Roman" w:cs="Times New Roman"/>
          <w:b/>
          <w:sz w:val="24"/>
          <w:lang w:val="uk-UA"/>
        </w:rPr>
        <w:t>інець тижня підсумкового контролю, %</w:t>
      </w:r>
    </w:p>
    <w:p w:rsidR="00C66419" w:rsidRPr="00603726" w:rsidRDefault="00BE0F86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603726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7992923" cy="4039262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_chart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94590" cy="40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6419" w:rsidRPr="00603726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3726"/>
    <w:rsid w:val="00AA1D8D"/>
    <w:rsid w:val="00B47730"/>
    <w:rsid w:val="00BE0F86"/>
    <w:rsid w:val="00C6641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033BA93-34F5-4882-8BD9-52AC67A4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26B813-0BD2-449E-A406-E06460200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3</cp:revision>
  <dcterms:created xsi:type="dcterms:W3CDTF">2013-12-23T23:15:00Z</dcterms:created>
  <dcterms:modified xsi:type="dcterms:W3CDTF">2026-09-23T13:24:00Z</dcterms:modified>
  <cp:category/>
</cp:coreProperties>
</file>