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2108C" w:rsidRPr="00992C04" w:rsidRDefault="00231DB7">
      <w:pPr>
        <w:jc w:val="center"/>
        <w:rPr>
          <w:rFonts w:ascii="Times New Roman" w:hAnsi="Times New Roman" w:cs="Times New Roman"/>
          <w:i/>
          <w:lang w:val="uk-UA"/>
        </w:rPr>
      </w:pPr>
      <w:r w:rsidRPr="00992C04">
        <w:rPr>
          <w:rFonts w:ascii="Times New Roman" w:hAnsi="Times New Roman" w:cs="Times New Roman"/>
          <w:b/>
          <w:i/>
          <w:color w:val="215868" w:themeColor="accent5" w:themeShade="80"/>
          <w:sz w:val="32"/>
          <w:lang w:val="uk-UA"/>
        </w:rPr>
        <w:t xml:space="preserve">Освітня програма </w:t>
      </w:r>
      <w:r w:rsidR="00992C04">
        <w:rPr>
          <w:rFonts w:ascii="Times New Roman" w:hAnsi="Times New Roman" w:cs="Times New Roman"/>
          <w:b/>
          <w:i/>
          <w:color w:val="215868" w:themeColor="accent5" w:themeShade="80"/>
          <w:sz w:val="32"/>
          <w:lang w:val="uk-UA"/>
        </w:rPr>
        <w:t>«</w:t>
      </w:r>
      <w:r w:rsidRPr="00992C04">
        <w:rPr>
          <w:rFonts w:ascii="Times New Roman" w:hAnsi="Times New Roman" w:cs="Times New Roman"/>
          <w:b/>
          <w:i/>
          <w:color w:val="215868" w:themeColor="accent5" w:themeShade="80"/>
          <w:sz w:val="32"/>
          <w:lang w:val="uk-UA"/>
        </w:rPr>
        <w:t>Інтелектуальні системи та технології</w:t>
      </w:r>
      <w:r w:rsidR="00992C04">
        <w:rPr>
          <w:rFonts w:ascii="Times New Roman" w:hAnsi="Times New Roman" w:cs="Times New Roman"/>
          <w:b/>
          <w:i/>
          <w:color w:val="215868" w:themeColor="accent5" w:themeShade="80"/>
          <w:sz w:val="32"/>
          <w:lang w:val="uk-UA"/>
        </w:rPr>
        <w:t>»</w:t>
      </w:r>
    </w:p>
    <w:p w:rsidR="0092108C" w:rsidRPr="00992C04" w:rsidRDefault="00231DB7">
      <w:pPr>
        <w:jc w:val="center"/>
        <w:rPr>
          <w:rFonts w:ascii="Times New Roman" w:hAnsi="Times New Roman" w:cs="Times New Roman"/>
          <w:b/>
          <w:sz w:val="24"/>
          <w:lang w:val="uk-UA"/>
        </w:rPr>
      </w:pPr>
      <w:r w:rsidRPr="00992C04">
        <w:rPr>
          <w:rFonts w:ascii="Times New Roman" w:hAnsi="Times New Roman" w:cs="Times New Roman"/>
          <w:b/>
          <w:sz w:val="24"/>
          <w:lang w:val="uk-UA"/>
        </w:rPr>
        <w:t xml:space="preserve">Успішність </w:t>
      </w:r>
      <w:r w:rsidR="00992C04">
        <w:rPr>
          <w:rFonts w:ascii="Times New Roman" w:hAnsi="Times New Roman" w:cs="Times New Roman"/>
          <w:b/>
          <w:sz w:val="24"/>
          <w:lang w:val="uk-UA"/>
        </w:rPr>
        <w:t>здобувачів освіти</w:t>
      </w:r>
      <w:r w:rsidRPr="00992C04">
        <w:rPr>
          <w:rFonts w:ascii="Times New Roman" w:hAnsi="Times New Roman" w:cs="Times New Roman"/>
          <w:b/>
          <w:sz w:val="24"/>
          <w:lang w:val="uk-UA"/>
        </w:rPr>
        <w:t xml:space="preserve"> 1 курсу магістратури</w:t>
      </w:r>
      <w:r w:rsidR="00992C04" w:rsidRPr="00992C04">
        <w:rPr>
          <w:rFonts w:ascii="Times New Roman" w:hAnsi="Times New Roman" w:cs="Times New Roman"/>
          <w:b/>
          <w:sz w:val="24"/>
          <w:lang w:val="uk-UA"/>
        </w:rPr>
        <w:t xml:space="preserve"> </w:t>
      </w:r>
      <w:r w:rsidRPr="00992C04">
        <w:rPr>
          <w:rFonts w:ascii="Times New Roman" w:hAnsi="Times New Roman" w:cs="Times New Roman"/>
          <w:b/>
          <w:sz w:val="24"/>
          <w:lang w:val="uk-UA"/>
        </w:rPr>
        <w:t>на кінець тижня підсумкового контролю, %</w:t>
      </w:r>
    </w:p>
    <w:p w:rsidR="0092108C" w:rsidRPr="00992C04" w:rsidRDefault="00231DB7">
      <w:pPr>
        <w:jc w:val="center"/>
        <w:rPr>
          <w:rFonts w:ascii="Times New Roman" w:hAnsi="Times New Roman" w:cs="Times New Roman"/>
          <w:lang w:val="uk-UA"/>
        </w:rPr>
      </w:pPr>
      <w:r w:rsidRPr="00992C04">
        <w:rPr>
          <w:rFonts w:ascii="Times New Roman" w:hAnsi="Times New Roman" w:cs="Times New Roman"/>
          <w:noProof/>
          <w:lang w:val="uk-UA" w:eastAsia="ru-RU"/>
        </w:rPr>
        <w:drawing>
          <wp:inline distT="0" distB="0" distL="0" distR="0">
            <wp:extent cx="8070574" cy="4078504"/>
            <wp:effectExtent l="0" t="0" r="6985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3_chart_1.png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8076507" cy="40815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2108C" w:rsidRPr="00992C04" w:rsidRDefault="00231DB7">
      <w:pPr>
        <w:rPr>
          <w:rFonts w:ascii="Times New Roman" w:hAnsi="Times New Roman" w:cs="Times New Roman"/>
          <w:lang w:val="uk-UA"/>
        </w:rPr>
      </w:pPr>
      <w:r w:rsidRPr="00992C04">
        <w:rPr>
          <w:rFonts w:ascii="Times New Roman" w:hAnsi="Times New Roman" w:cs="Times New Roman"/>
          <w:lang w:val="uk-UA"/>
        </w:rPr>
        <w:br w:type="page"/>
      </w:r>
    </w:p>
    <w:p w:rsidR="0092108C" w:rsidRPr="00992C04" w:rsidRDefault="00231DB7">
      <w:pPr>
        <w:jc w:val="center"/>
        <w:rPr>
          <w:rFonts w:ascii="Times New Roman" w:hAnsi="Times New Roman" w:cs="Times New Roman"/>
          <w:i/>
          <w:color w:val="215868" w:themeColor="accent5" w:themeShade="80"/>
          <w:sz w:val="24"/>
          <w:lang w:val="uk-UA"/>
        </w:rPr>
      </w:pPr>
      <w:r w:rsidRPr="00992C04">
        <w:rPr>
          <w:rFonts w:ascii="Times New Roman" w:hAnsi="Times New Roman" w:cs="Times New Roman"/>
          <w:b/>
          <w:i/>
          <w:color w:val="215868" w:themeColor="accent5" w:themeShade="80"/>
          <w:sz w:val="32"/>
          <w:lang w:val="uk-UA"/>
        </w:rPr>
        <w:lastRenderedPageBreak/>
        <w:t xml:space="preserve">Освітня програма </w:t>
      </w:r>
      <w:r w:rsidR="00992C04" w:rsidRPr="00992C04">
        <w:rPr>
          <w:rFonts w:ascii="Times New Roman" w:hAnsi="Times New Roman" w:cs="Times New Roman"/>
          <w:b/>
          <w:i/>
          <w:color w:val="215868" w:themeColor="accent5" w:themeShade="80"/>
          <w:sz w:val="32"/>
          <w:lang w:val="uk-UA"/>
        </w:rPr>
        <w:t>«</w:t>
      </w:r>
      <w:r w:rsidRPr="00992C04">
        <w:rPr>
          <w:rFonts w:ascii="Times New Roman" w:hAnsi="Times New Roman" w:cs="Times New Roman"/>
          <w:b/>
          <w:i/>
          <w:color w:val="215868" w:themeColor="accent5" w:themeShade="80"/>
          <w:sz w:val="32"/>
          <w:lang w:val="uk-UA"/>
        </w:rPr>
        <w:t>Комп’ютеризація обробки інформації та управління</w:t>
      </w:r>
      <w:r w:rsidR="00992C04" w:rsidRPr="00992C04">
        <w:rPr>
          <w:rFonts w:ascii="Times New Roman" w:hAnsi="Times New Roman" w:cs="Times New Roman"/>
          <w:b/>
          <w:i/>
          <w:color w:val="215868" w:themeColor="accent5" w:themeShade="80"/>
          <w:sz w:val="32"/>
          <w:lang w:val="uk-UA"/>
        </w:rPr>
        <w:t>»</w:t>
      </w:r>
    </w:p>
    <w:p w:rsidR="0092108C" w:rsidRPr="00992C04" w:rsidRDefault="00231DB7">
      <w:pPr>
        <w:jc w:val="center"/>
        <w:rPr>
          <w:rFonts w:ascii="Times New Roman" w:hAnsi="Times New Roman" w:cs="Times New Roman"/>
          <w:b/>
          <w:lang w:val="uk-UA"/>
        </w:rPr>
      </w:pPr>
      <w:r w:rsidRPr="00992C04">
        <w:rPr>
          <w:rFonts w:ascii="Times New Roman" w:hAnsi="Times New Roman" w:cs="Times New Roman"/>
          <w:b/>
          <w:sz w:val="24"/>
          <w:lang w:val="uk-UA"/>
        </w:rPr>
        <w:t xml:space="preserve">Успішність </w:t>
      </w:r>
      <w:r w:rsidR="00992C04" w:rsidRPr="00992C04">
        <w:rPr>
          <w:rFonts w:ascii="Times New Roman" w:hAnsi="Times New Roman" w:cs="Times New Roman"/>
          <w:b/>
          <w:sz w:val="24"/>
          <w:lang w:val="uk-UA"/>
        </w:rPr>
        <w:t>здобувачів освіти</w:t>
      </w:r>
      <w:r w:rsidRPr="00992C04">
        <w:rPr>
          <w:rFonts w:ascii="Times New Roman" w:hAnsi="Times New Roman" w:cs="Times New Roman"/>
          <w:b/>
          <w:sz w:val="24"/>
          <w:lang w:val="uk-UA"/>
        </w:rPr>
        <w:t xml:space="preserve"> 1 курсу магістратури</w:t>
      </w:r>
      <w:r w:rsidR="00992C04" w:rsidRPr="00992C04">
        <w:rPr>
          <w:rFonts w:ascii="Times New Roman" w:hAnsi="Times New Roman" w:cs="Times New Roman"/>
          <w:b/>
          <w:sz w:val="24"/>
          <w:lang w:val="uk-UA"/>
        </w:rPr>
        <w:t xml:space="preserve"> </w:t>
      </w:r>
      <w:r w:rsidRPr="00992C04">
        <w:rPr>
          <w:rFonts w:ascii="Times New Roman" w:hAnsi="Times New Roman" w:cs="Times New Roman"/>
          <w:b/>
          <w:sz w:val="24"/>
          <w:lang w:val="uk-UA"/>
        </w:rPr>
        <w:t>на кінець тижня підсумкового контролю, %</w:t>
      </w:r>
    </w:p>
    <w:p w:rsidR="0092108C" w:rsidRPr="00992C04" w:rsidRDefault="00231DB7">
      <w:pPr>
        <w:jc w:val="center"/>
        <w:rPr>
          <w:rFonts w:ascii="Times New Roman" w:hAnsi="Times New Roman" w:cs="Times New Roman"/>
          <w:lang w:val="uk-UA"/>
        </w:rPr>
      </w:pPr>
      <w:r w:rsidRPr="00992C04">
        <w:rPr>
          <w:rFonts w:ascii="Times New Roman" w:hAnsi="Times New Roman" w:cs="Times New Roman"/>
          <w:noProof/>
          <w:lang w:val="uk-UA" w:eastAsia="ru-RU"/>
        </w:rPr>
        <w:drawing>
          <wp:inline distT="0" distB="0" distL="0" distR="0">
            <wp:extent cx="8126233" cy="4106631"/>
            <wp:effectExtent l="0" t="0" r="8255" b="8255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3_chart_2.png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8133852" cy="411048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2108C" w:rsidRPr="00992C04" w:rsidRDefault="00231DB7">
      <w:pPr>
        <w:rPr>
          <w:rFonts w:ascii="Times New Roman" w:hAnsi="Times New Roman" w:cs="Times New Roman"/>
          <w:lang w:val="uk-UA"/>
        </w:rPr>
      </w:pPr>
      <w:r w:rsidRPr="00992C04">
        <w:rPr>
          <w:rFonts w:ascii="Times New Roman" w:hAnsi="Times New Roman" w:cs="Times New Roman"/>
          <w:lang w:val="uk-UA"/>
        </w:rPr>
        <w:br w:type="page"/>
      </w:r>
    </w:p>
    <w:p w:rsidR="00452ED8" w:rsidRDefault="00231DB7" w:rsidP="00452ED8">
      <w:pPr>
        <w:spacing w:after="0"/>
        <w:jc w:val="center"/>
        <w:rPr>
          <w:rFonts w:ascii="Times New Roman" w:hAnsi="Times New Roman" w:cs="Times New Roman"/>
          <w:b/>
          <w:i/>
          <w:color w:val="215868" w:themeColor="accent5" w:themeShade="80"/>
          <w:sz w:val="32"/>
          <w:lang w:val="uk-UA"/>
        </w:rPr>
      </w:pPr>
      <w:r w:rsidRPr="00452ED8">
        <w:rPr>
          <w:rFonts w:ascii="Times New Roman" w:hAnsi="Times New Roman" w:cs="Times New Roman"/>
          <w:b/>
          <w:i/>
          <w:color w:val="215868" w:themeColor="accent5" w:themeShade="80"/>
          <w:sz w:val="32"/>
          <w:lang w:val="uk-UA"/>
        </w:rPr>
        <w:lastRenderedPageBreak/>
        <w:t xml:space="preserve">Освітня програма </w:t>
      </w:r>
      <w:r w:rsidR="00452ED8" w:rsidRPr="00452ED8">
        <w:rPr>
          <w:rFonts w:ascii="Times New Roman" w:hAnsi="Times New Roman" w:cs="Times New Roman"/>
          <w:b/>
          <w:i/>
          <w:color w:val="215868" w:themeColor="accent5" w:themeShade="80"/>
          <w:sz w:val="32"/>
          <w:lang w:val="uk-UA"/>
        </w:rPr>
        <w:t>«</w:t>
      </w:r>
      <w:r w:rsidRPr="00452ED8">
        <w:rPr>
          <w:rFonts w:ascii="Times New Roman" w:hAnsi="Times New Roman" w:cs="Times New Roman"/>
          <w:b/>
          <w:i/>
          <w:color w:val="215868" w:themeColor="accent5" w:themeShade="80"/>
          <w:sz w:val="32"/>
          <w:lang w:val="uk-UA"/>
        </w:rPr>
        <w:t xml:space="preserve">Системи </w:t>
      </w:r>
      <w:r w:rsidRPr="00452ED8">
        <w:rPr>
          <w:rFonts w:ascii="Times New Roman" w:hAnsi="Times New Roman" w:cs="Times New Roman"/>
          <w:b/>
          <w:i/>
          <w:color w:val="215868" w:themeColor="accent5" w:themeShade="80"/>
          <w:sz w:val="32"/>
          <w:lang w:val="uk-UA"/>
        </w:rPr>
        <w:t xml:space="preserve">автономної навігації та адаптивного управління </w:t>
      </w:r>
    </w:p>
    <w:p w:rsidR="0092108C" w:rsidRPr="00452ED8" w:rsidRDefault="00231DB7" w:rsidP="00452ED8">
      <w:pPr>
        <w:spacing w:after="0"/>
        <w:jc w:val="center"/>
        <w:rPr>
          <w:rFonts w:ascii="Times New Roman" w:hAnsi="Times New Roman" w:cs="Times New Roman"/>
          <w:i/>
          <w:color w:val="215868" w:themeColor="accent5" w:themeShade="80"/>
          <w:sz w:val="24"/>
          <w:lang w:val="uk-UA"/>
        </w:rPr>
      </w:pPr>
      <w:r w:rsidRPr="00452ED8">
        <w:rPr>
          <w:rFonts w:ascii="Times New Roman" w:hAnsi="Times New Roman" w:cs="Times New Roman"/>
          <w:b/>
          <w:i/>
          <w:color w:val="215868" w:themeColor="accent5" w:themeShade="80"/>
          <w:sz w:val="32"/>
          <w:lang w:val="uk-UA"/>
        </w:rPr>
        <w:t>літальних апаратів</w:t>
      </w:r>
      <w:r w:rsidR="00452ED8" w:rsidRPr="00452ED8">
        <w:rPr>
          <w:rFonts w:ascii="Times New Roman" w:hAnsi="Times New Roman" w:cs="Times New Roman"/>
          <w:b/>
          <w:i/>
          <w:color w:val="215868" w:themeColor="accent5" w:themeShade="80"/>
          <w:sz w:val="32"/>
          <w:lang w:val="uk-UA"/>
        </w:rPr>
        <w:t>»</w:t>
      </w:r>
    </w:p>
    <w:p w:rsidR="0092108C" w:rsidRPr="00452ED8" w:rsidRDefault="00231DB7">
      <w:pPr>
        <w:jc w:val="center"/>
        <w:rPr>
          <w:rFonts w:ascii="Times New Roman" w:hAnsi="Times New Roman" w:cs="Times New Roman"/>
          <w:b/>
          <w:lang w:val="uk-UA"/>
        </w:rPr>
      </w:pPr>
      <w:r w:rsidRPr="00452ED8">
        <w:rPr>
          <w:rFonts w:ascii="Times New Roman" w:hAnsi="Times New Roman" w:cs="Times New Roman"/>
          <w:b/>
          <w:sz w:val="24"/>
          <w:lang w:val="uk-UA"/>
        </w:rPr>
        <w:t xml:space="preserve">Успішність </w:t>
      </w:r>
      <w:r w:rsidR="00992C04" w:rsidRPr="00452ED8">
        <w:rPr>
          <w:rFonts w:ascii="Times New Roman" w:hAnsi="Times New Roman" w:cs="Times New Roman"/>
          <w:b/>
          <w:sz w:val="24"/>
          <w:lang w:val="uk-UA"/>
        </w:rPr>
        <w:t>здобувачів освіти</w:t>
      </w:r>
      <w:r w:rsidRPr="00452ED8">
        <w:rPr>
          <w:rFonts w:ascii="Times New Roman" w:hAnsi="Times New Roman" w:cs="Times New Roman"/>
          <w:b/>
          <w:sz w:val="24"/>
          <w:lang w:val="uk-UA"/>
        </w:rPr>
        <w:t xml:space="preserve"> 1 курсу магістратури</w:t>
      </w:r>
      <w:r w:rsidR="00452ED8" w:rsidRPr="00452ED8">
        <w:rPr>
          <w:rFonts w:ascii="Times New Roman" w:hAnsi="Times New Roman" w:cs="Times New Roman"/>
          <w:b/>
          <w:sz w:val="24"/>
          <w:lang w:val="uk-UA"/>
        </w:rPr>
        <w:t xml:space="preserve"> </w:t>
      </w:r>
      <w:r w:rsidRPr="00452ED8">
        <w:rPr>
          <w:rFonts w:ascii="Times New Roman" w:hAnsi="Times New Roman" w:cs="Times New Roman"/>
          <w:b/>
          <w:sz w:val="24"/>
          <w:lang w:val="uk-UA"/>
        </w:rPr>
        <w:t>на кінець тижня підсумкового контролю, %</w:t>
      </w:r>
    </w:p>
    <w:p w:rsidR="0092108C" w:rsidRPr="00992C04" w:rsidRDefault="00231DB7">
      <w:pPr>
        <w:jc w:val="center"/>
        <w:rPr>
          <w:rFonts w:ascii="Times New Roman" w:hAnsi="Times New Roman" w:cs="Times New Roman"/>
          <w:lang w:val="uk-UA"/>
        </w:rPr>
      </w:pPr>
      <w:r w:rsidRPr="00992C04">
        <w:rPr>
          <w:rFonts w:ascii="Times New Roman" w:hAnsi="Times New Roman" w:cs="Times New Roman"/>
          <w:noProof/>
          <w:lang w:val="uk-UA" w:eastAsia="ru-RU"/>
        </w:rPr>
        <w:drawing>
          <wp:inline distT="0" distB="0" distL="0" distR="0">
            <wp:extent cx="8244670" cy="4166484"/>
            <wp:effectExtent l="0" t="0" r="4445" b="5715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3_chart_3.png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8251715" cy="417004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2108C" w:rsidRPr="00992C04" w:rsidRDefault="00231DB7">
      <w:pPr>
        <w:rPr>
          <w:rFonts w:ascii="Times New Roman" w:hAnsi="Times New Roman" w:cs="Times New Roman"/>
          <w:lang w:val="uk-UA"/>
        </w:rPr>
      </w:pPr>
      <w:r w:rsidRPr="00992C04">
        <w:rPr>
          <w:rFonts w:ascii="Times New Roman" w:hAnsi="Times New Roman" w:cs="Times New Roman"/>
          <w:lang w:val="uk-UA"/>
        </w:rPr>
        <w:br w:type="page"/>
      </w:r>
    </w:p>
    <w:p w:rsidR="0092108C" w:rsidRPr="00452ED8" w:rsidRDefault="00231DB7">
      <w:pPr>
        <w:jc w:val="center"/>
        <w:rPr>
          <w:rFonts w:ascii="Times New Roman" w:hAnsi="Times New Roman" w:cs="Times New Roman"/>
          <w:i/>
          <w:color w:val="215868" w:themeColor="accent5" w:themeShade="80"/>
          <w:sz w:val="24"/>
          <w:lang w:val="uk-UA"/>
        </w:rPr>
      </w:pPr>
      <w:r w:rsidRPr="00452ED8">
        <w:rPr>
          <w:rFonts w:ascii="Times New Roman" w:hAnsi="Times New Roman" w:cs="Times New Roman"/>
          <w:b/>
          <w:i/>
          <w:color w:val="215868" w:themeColor="accent5" w:themeShade="80"/>
          <w:sz w:val="32"/>
          <w:lang w:val="uk-UA"/>
        </w:rPr>
        <w:lastRenderedPageBreak/>
        <w:t>Освітня п</w:t>
      </w:r>
      <w:r w:rsidRPr="00452ED8">
        <w:rPr>
          <w:rFonts w:ascii="Times New Roman" w:hAnsi="Times New Roman" w:cs="Times New Roman"/>
          <w:b/>
          <w:i/>
          <w:color w:val="215868" w:themeColor="accent5" w:themeShade="80"/>
          <w:sz w:val="32"/>
          <w:lang w:val="uk-UA"/>
        </w:rPr>
        <w:t xml:space="preserve">рограма </w:t>
      </w:r>
      <w:r w:rsidR="00452ED8" w:rsidRPr="00452ED8">
        <w:rPr>
          <w:rFonts w:ascii="Times New Roman" w:hAnsi="Times New Roman" w:cs="Times New Roman"/>
          <w:b/>
          <w:i/>
          <w:color w:val="215868" w:themeColor="accent5" w:themeShade="80"/>
          <w:sz w:val="32"/>
          <w:lang w:val="uk-UA"/>
        </w:rPr>
        <w:t>«</w:t>
      </w:r>
      <w:r w:rsidRPr="00452ED8">
        <w:rPr>
          <w:rFonts w:ascii="Times New Roman" w:hAnsi="Times New Roman" w:cs="Times New Roman"/>
          <w:b/>
          <w:i/>
          <w:color w:val="215868" w:themeColor="accent5" w:themeShade="80"/>
          <w:sz w:val="32"/>
          <w:lang w:val="uk-UA"/>
        </w:rPr>
        <w:t>Інженерія мобільних додатків</w:t>
      </w:r>
      <w:r w:rsidR="00452ED8" w:rsidRPr="00452ED8">
        <w:rPr>
          <w:rFonts w:ascii="Times New Roman" w:hAnsi="Times New Roman" w:cs="Times New Roman"/>
          <w:b/>
          <w:i/>
          <w:color w:val="215868" w:themeColor="accent5" w:themeShade="80"/>
          <w:sz w:val="32"/>
          <w:lang w:val="uk-UA"/>
        </w:rPr>
        <w:t>»</w:t>
      </w:r>
    </w:p>
    <w:p w:rsidR="0092108C" w:rsidRPr="00452ED8" w:rsidRDefault="00231DB7">
      <w:pPr>
        <w:jc w:val="center"/>
        <w:rPr>
          <w:rFonts w:ascii="Times New Roman" w:hAnsi="Times New Roman" w:cs="Times New Roman"/>
          <w:b/>
          <w:lang w:val="uk-UA"/>
        </w:rPr>
      </w:pPr>
      <w:r w:rsidRPr="00452ED8">
        <w:rPr>
          <w:rFonts w:ascii="Times New Roman" w:hAnsi="Times New Roman" w:cs="Times New Roman"/>
          <w:b/>
          <w:sz w:val="24"/>
          <w:lang w:val="uk-UA"/>
        </w:rPr>
        <w:t xml:space="preserve">Успішність </w:t>
      </w:r>
      <w:r w:rsidR="00992C04" w:rsidRPr="00452ED8">
        <w:rPr>
          <w:rFonts w:ascii="Times New Roman" w:hAnsi="Times New Roman" w:cs="Times New Roman"/>
          <w:b/>
          <w:sz w:val="24"/>
          <w:lang w:val="uk-UA"/>
        </w:rPr>
        <w:t>здобувачів освіти</w:t>
      </w:r>
      <w:r w:rsidRPr="00452ED8">
        <w:rPr>
          <w:rFonts w:ascii="Times New Roman" w:hAnsi="Times New Roman" w:cs="Times New Roman"/>
          <w:b/>
          <w:sz w:val="24"/>
          <w:lang w:val="uk-UA"/>
        </w:rPr>
        <w:t xml:space="preserve"> 1 курсу магістратури</w:t>
      </w:r>
      <w:r w:rsidR="00452ED8" w:rsidRPr="00452ED8">
        <w:rPr>
          <w:rFonts w:ascii="Times New Roman" w:hAnsi="Times New Roman" w:cs="Times New Roman"/>
          <w:b/>
          <w:sz w:val="24"/>
          <w:lang w:val="uk-UA"/>
        </w:rPr>
        <w:t xml:space="preserve"> </w:t>
      </w:r>
      <w:r w:rsidRPr="00452ED8">
        <w:rPr>
          <w:rFonts w:ascii="Times New Roman" w:hAnsi="Times New Roman" w:cs="Times New Roman"/>
          <w:b/>
          <w:sz w:val="24"/>
          <w:lang w:val="uk-UA"/>
        </w:rPr>
        <w:t>на кінець тижня підсумкового контролю, %</w:t>
      </w:r>
    </w:p>
    <w:p w:rsidR="0092108C" w:rsidRPr="00992C04" w:rsidRDefault="00231DB7">
      <w:pPr>
        <w:jc w:val="center"/>
        <w:rPr>
          <w:rFonts w:ascii="Times New Roman" w:hAnsi="Times New Roman" w:cs="Times New Roman"/>
          <w:lang w:val="uk-UA"/>
        </w:rPr>
      </w:pPr>
      <w:r w:rsidRPr="00992C04">
        <w:rPr>
          <w:rFonts w:ascii="Times New Roman" w:hAnsi="Times New Roman" w:cs="Times New Roman"/>
          <w:noProof/>
          <w:lang w:val="uk-UA" w:eastAsia="ru-RU"/>
        </w:rPr>
        <w:drawing>
          <wp:inline distT="0" distB="0" distL="0" distR="0">
            <wp:extent cx="8464945" cy="4277801"/>
            <wp:effectExtent l="0" t="0" r="0" b="889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3_chart_4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8471406" cy="428106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2108C" w:rsidRPr="00992C04" w:rsidRDefault="00231DB7">
      <w:pPr>
        <w:rPr>
          <w:rFonts w:ascii="Times New Roman" w:hAnsi="Times New Roman" w:cs="Times New Roman"/>
          <w:lang w:val="uk-UA"/>
        </w:rPr>
      </w:pPr>
      <w:r w:rsidRPr="00992C04">
        <w:rPr>
          <w:rFonts w:ascii="Times New Roman" w:hAnsi="Times New Roman" w:cs="Times New Roman"/>
          <w:lang w:val="uk-UA"/>
        </w:rPr>
        <w:br w:type="page"/>
      </w:r>
    </w:p>
    <w:p w:rsidR="0092108C" w:rsidRPr="005629D0" w:rsidRDefault="00231DB7">
      <w:pPr>
        <w:jc w:val="center"/>
        <w:rPr>
          <w:rFonts w:ascii="Times New Roman" w:hAnsi="Times New Roman" w:cs="Times New Roman"/>
          <w:i/>
          <w:color w:val="215868" w:themeColor="accent5" w:themeShade="80"/>
          <w:sz w:val="24"/>
          <w:lang w:val="uk-UA"/>
        </w:rPr>
      </w:pPr>
      <w:r w:rsidRPr="005629D0">
        <w:rPr>
          <w:rFonts w:ascii="Times New Roman" w:hAnsi="Times New Roman" w:cs="Times New Roman"/>
          <w:b/>
          <w:i/>
          <w:color w:val="215868" w:themeColor="accent5" w:themeShade="80"/>
          <w:sz w:val="32"/>
          <w:lang w:val="uk-UA"/>
        </w:rPr>
        <w:lastRenderedPageBreak/>
        <w:t xml:space="preserve">Освітня програма </w:t>
      </w:r>
      <w:r w:rsidR="005629D0" w:rsidRPr="005629D0">
        <w:rPr>
          <w:rFonts w:ascii="Times New Roman" w:hAnsi="Times New Roman" w:cs="Times New Roman"/>
          <w:b/>
          <w:i/>
          <w:color w:val="215868" w:themeColor="accent5" w:themeShade="80"/>
          <w:sz w:val="32"/>
          <w:lang w:val="uk-UA"/>
        </w:rPr>
        <w:t>«</w:t>
      </w:r>
      <w:r w:rsidRPr="005629D0">
        <w:rPr>
          <w:rFonts w:ascii="Times New Roman" w:hAnsi="Times New Roman" w:cs="Times New Roman"/>
          <w:b/>
          <w:i/>
          <w:color w:val="215868" w:themeColor="accent5" w:themeShade="80"/>
          <w:sz w:val="32"/>
          <w:lang w:val="uk-UA"/>
        </w:rPr>
        <w:t>Комп’ютерно-інтегров</w:t>
      </w:r>
      <w:r w:rsidRPr="005629D0">
        <w:rPr>
          <w:rFonts w:ascii="Times New Roman" w:hAnsi="Times New Roman" w:cs="Times New Roman"/>
          <w:b/>
          <w:i/>
          <w:color w:val="215868" w:themeColor="accent5" w:themeShade="80"/>
          <w:sz w:val="32"/>
          <w:lang w:val="uk-UA"/>
        </w:rPr>
        <w:t>ані технологічні процеси і виробництва</w:t>
      </w:r>
      <w:r w:rsidR="005629D0" w:rsidRPr="005629D0">
        <w:rPr>
          <w:rFonts w:ascii="Times New Roman" w:hAnsi="Times New Roman" w:cs="Times New Roman"/>
          <w:b/>
          <w:i/>
          <w:color w:val="215868" w:themeColor="accent5" w:themeShade="80"/>
          <w:sz w:val="32"/>
          <w:lang w:val="uk-UA"/>
        </w:rPr>
        <w:t>»</w:t>
      </w:r>
    </w:p>
    <w:p w:rsidR="0092108C" w:rsidRPr="005629D0" w:rsidRDefault="00231DB7">
      <w:pPr>
        <w:jc w:val="center"/>
        <w:rPr>
          <w:rFonts w:ascii="Times New Roman" w:hAnsi="Times New Roman" w:cs="Times New Roman"/>
          <w:b/>
          <w:sz w:val="24"/>
          <w:lang w:val="uk-UA"/>
        </w:rPr>
      </w:pPr>
      <w:r w:rsidRPr="005629D0">
        <w:rPr>
          <w:rFonts w:ascii="Times New Roman" w:hAnsi="Times New Roman" w:cs="Times New Roman"/>
          <w:b/>
          <w:sz w:val="24"/>
          <w:lang w:val="uk-UA"/>
        </w:rPr>
        <w:t xml:space="preserve">Успішність </w:t>
      </w:r>
      <w:r w:rsidR="00992C04" w:rsidRPr="005629D0">
        <w:rPr>
          <w:rFonts w:ascii="Times New Roman" w:hAnsi="Times New Roman" w:cs="Times New Roman"/>
          <w:b/>
          <w:sz w:val="24"/>
          <w:lang w:val="uk-UA"/>
        </w:rPr>
        <w:t>здобувачів освіти</w:t>
      </w:r>
      <w:r w:rsidRPr="005629D0">
        <w:rPr>
          <w:rFonts w:ascii="Times New Roman" w:hAnsi="Times New Roman" w:cs="Times New Roman"/>
          <w:b/>
          <w:sz w:val="24"/>
          <w:lang w:val="uk-UA"/>
        </w:rPr>
        <w:t xml:space="preserve"> 1 курсу магістратури</w:t>
      </w:r>
      <w:r w:rsidR="005629D0" w:rsidRPr="005629D0">
        <w:rPr>
          <w:rFonts w:ascii="Times New Roman" w:hAnsi="Times New Roman" w:cs="Times New Roman"/>
          <w:b/>
          <w:sz w:val="24"/>
          <w:lang w:val="uk-UA"/>
        </w:rPr>
        <w:t xml:space="preserve"> </w:t>
      </w:r>
      <w:r w:rsidRPr="005629D0">
        <w:rPr>
          <w:rFonts w:ascii="Times New Roman" w:hAnsi="Times New Roman" w:cs="Times New Roman"/>
          <w:b/>
          <w:sz w:val="24"/>
          <w:lang w:val="uk-UA"/>
        </w:rPr>
        <w:t>на кінець тижня підсумкового контролю, %</w:t>
      </w:r>
    </w:p>
    <w:p w:rsidR="0092108C" w:rsidRPr="00992C04" w:rsidRDefault="00231DB7">
      <w:pPr>
        <w:jc w:val="center"/>
        <w:rPr>
          <w:rFonts w:ascii="Times New Roman" w:hAnsi="Times New Roman" w:cs="Times New Roman"/>
          <w:lang w:val="uk-UA"/>
        </w:rPr>
      </w:pPr>
      <w:bookmarkStart w:id="0" w:name="_GoBack"/>
      <w:r w:rsidRPr="00992C04">
        <w:rPr>
          <w:rFonts w:ascii="Times New Roman" w:hAnsi="Times New Roman" w:cs="Times New Roman"/>
          <w:noProof/>
          <w:lang w:val="uk-UA" w:eastAsia="ru-RU"/>
        </w:rPr>
        <w:drawing>
          <wp:inline distT="0" distB="0" distL="0" distR="0">
            <wp:extent cx="8181733" cy="4134678"/>
            <wp:effectExtent l="0" t="0" r="0" b="0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3_chart_5.pn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8193653" cy="41407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</w:p>
    <w:p w:rsidR="00992C04" w:rsidRPr="00992C04" w:rsidRDefault="00992C04">
      <w:pPr>
        <w:rPr>
          <w:rFonts w:ascii="Times New Roman" w:hAnsi="Times New Roman" w:cs="Times New Roman"/>
          <w:lang w:val="uk-UA"/>
        </w:rPr>
      </w:pPr>
      <w:r w:rsidRPr="00992C04">
        <w:rPr>
          <w:rFonts w:ascii="Times New Roman" w:hAnsi="Times New Roman" w:cs="Times New Roman"/>
          <w:lang w:val="uk-UA"/>
        </w:rPr>
        <w:br w:type="page"/>
      </w:r>
    </w:p>
    <w:p w:rsidR="00992C04" w:rsidRPr="00992C04" w:rsidRDefault="00992C04" w:rsidP="00992C04">
      <w:pPr>
        <w:jc w:val="center"/>
        <w:rPr>
          <w:rFonts w:ascii="Times New Roman" w:hAnsi="Times New Roman" w:cs="Times New Roman"/>
          <w:i/>
          <w:color w:val="215868" w:themeColor="accent5" w:themeShade="80"/>
          <w:sz w:val="24"/>
          <w:lang w:val="uk-UA"/>
        </w:rPr>
      </w:pPr>
      <w:r w:rsidRPr="00992C04">
        <w:rPr>
          <w:rFonts w:ascii="Times New Roman" w:hAnsi="Times New Roman" w:cs="Times New Roman"/>
          <w:b/>
          <w:i/>
          <w:color w:val="215868" w:themeColor="accent5" w:themeShade="80"/>
          <w:sz w:val="32"/>
          <w:lang w:val="uk-UA"/>
        </w:rPr>
        <w:lastRenderedPageBreak/>
        <w:t xml:space="preserve">Освітня програма «Мікро- та </w:t>
      </w:r>
      <w:proofErr w:type="spellStart"/>
      <w:r w:rsidRPr="00992C04">
        <w:rPr>
          <w:rFonts w:ascii="Times New Roman" w:hAnsi="Times New Roman" w:cs="Times New Roman"/>
          <w:b/>
          <w:i/>
          <w:color w:val="215868" w:themeColor="accent5" w:themeShade="80"/>
          <w:sz w:val="32"/>
          <w:lang w:val="uk-UA"/>
        </w:rPr>
        <w:t>наносистемна</w:t>
      </w:r>
      <w:proofErr w:type="spellEnd"/>
      <w:r w:rsidRPr="00992C04">
        <w:rPr>
          <w:rFonts w:ascii="Times New Roman" w:hAnsi="Times New Roman" w:cs="Times New Roman"/>
          <w:b/>
          <w:i/>
          <w:color w:val="215868" w:themeColor="accent5" w:themeShade="80"/>
          <w:sz w:val="32"/>
          <w:lang w:val="uk-UA"/>
        </w:rPr>
        <w:t xml:space="preserve"> техніка»</w:t>
      </w:r>
    </w:p>
    <w:p w:rsidR="00992C04" w:rsidRPr="00992C04" w:rsidRDefault="00992C04" w:rsidP="00992C04">
      <w:pPr>
        <w:jc w:val="center"/>
        <w:rPr>
          <w:rFonts w:ascii="Times New Roman" w:hAnsi="Times New Roman" w:cs="Times New Roman"/>
          <w:b/>
          <w:sz w:val="24"/>
          <w:lang w:val="uk-UA"/>
        </w:rPr>
      </w:pPr>
      <w:r w:rsidRPr="00992C04">
        <w:rPr>
          <w:rFonts w:ascii="Times New Roman" w:hAnsi="Times New Roman" w:cs="Times New Roman"/>
          <w:b/>
          <w:sz w:val="24"/>
          <w:lang w:val="uk-UA"/>
        </w:rPr>
        <w:t>Успішність здобувачів освіти 1 курсу магістратури на кінець тижня підсумкового контролю, %</w:t>
      </w:r>
    </w:p>
    <w:p w:rsidR="0092108C" w:rsidRPr="00992C04" w:rsidRDefault="00992C04" w:rsidP="00231DB7">
      <w:pPr>
        <w:jc w:val="center"/>
        <w:rPr>
          <w:rFonts w:ascii="Times New Roman" w:hAnsi="Times New Roman" w:cs="Times New Roman"/>
          <w:lang w:val="uk-UA"/>
        </w:rPr>
      </w:pPr>
      <w:r w:rsidRPr="00992C04">
        <w:rPr>
          <w:rFonts w:ascii="Times New Roman" w:hAnsi="Times New Roman" w:cs="Times New Roman"/>
          <w:noProof/>
          <w:lang w:val="uk-UA" w:eastAsia="ru-RU"/>
        </w:rPr>
        <w:drawing>
          <wp:inline distT="0" distB="0" distL="0" distR="0" wp14:anchorId="73A47D0F" wp14:editId="085EA116">
            <wp:extent cx="8105150" cy="4047214"/>
            <wp:effectExtent l="0" t="0" r="0" b="0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ac6_7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8110602" cy="404993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92C04" w:rsidRPr="00992C04" w:rsidRDefault="00992C04">
      <w:pPr>
        <w:rPr>
          <w:rFonts w:ascii="Times New Roman" w:hAnsi="Times New Roman" w:cs="Times New Roman"/>
          <w:lang w:val="uk-UA"/>
        </w:rPr>
      </w:pPr>
    </w:p>
    <w:sectPr w:rsidR="00992C04" w:rsidRPr="00992C04" w:rsidSect="00034616">
      <w:pgSz w:w="15840" w:h="12240" w:orient="landscape"/>
      <w:pgMar w:top="648" w:right="792" w:bottom="648" w:left="79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31DB7"/>
    <w:rsid w:val="0029639D"/>
    <w:rsid w:val="00326F90"/>
    <w:rsid w:val="00452ED8"/>
    <w:rsid w:val="005629D0"/>
    <w:rsid w:val="0092108C"/>
    <w:rsid w:val="00992C04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300"/>
  <w15:docId w15:val="{1AF5C4D2-75C5-44BC-90A3-51A861C178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1">
    <w:name w:val="Normal"/>
    <w:qFormat/>
    <w:rsid w:val="00FC693F"/>
    <w:rPr>
      <w:rFonts w:ascii="Arial" w:hAnsi="Arial"/>
      <w:sz w:val="20"/>
    </w:rPr>
  </w:style>
  <w:style w:type="paragraph" w:styleId="1">
    <w:name w:val="heading 1"/>
    <w:basedOn w:val="a1"/>
    <w:next w:val="a1"/>
    <w:link w:val="10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6">
    <w:name w:val="Верхний колонтитул Знак"/>
    <w:basedOn w:val="a2"/>
    <w:link w:val="a5"/>
    <w:uiPriority w:val="99"/>
    <w:rsid w:val="00E618BF"/>
  </w:style>
  <w:style w:type="paragraph" w:styleId="a7">
    <w:name w:val="footer"/>
    <w:basedOn w:val="a1"/>
    <w:link w:val="a8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8">
    <w:name w:val="Нижний колонтитул Знак"/>
    <w:basedOn w:val="a2"/>
    <w:link w:val="a7"/>
    <w:uiPriority w:val="99"/>
    <w:rsid w:val="00E618BF"/>
  </w:style>
  <w:style w:type="paragraph" w:styleId="a9">
    <w:name w:val="No Spacing"/>
    <w:uiPriority w:val="1"/>
    <w:qFormat/>
    <w:rsid w:val="00FC693F"/>
    <w:pPr>
      <w:spacing w:after="0" w:line="240" w:lineRule="auto"/>
    </w:pPr>
  </w:style>
  <w:style w:type="character" w:customStyle="1" w:styleId="10">
    <w:name w:val="Заголовок 1 Знак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Заголовок 2 Знак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Заголовок 3 Знак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a">
    <w:name w:val="Title"/>
    <w:basedOn w:val="a1"/>
    <w:next w:val="a1"/>
    <w:link w:val="ab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b">
    <w:name w:val="Название Знак"/>
    <w:basedOn w:val="a2"/>
    <w:link w:val="aa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c">
    <w:name w:val="Subtitle"/>
    <w:basedOn w:val="a1"/>
    <w:next w:val="a1"/>
    <w:link w:val="ad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d">
    <w:name w:val="Подзаголовок Знак"/>
    <w:basedOn w:val="a2"/>
    <w:link w:val="ac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e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f">
    <w:name w:val="Body Text"/>
    <w:basedOn w:val="a1"/>
    <w:link w:val="af0"/>
    <w:uiPriority w:val="99"/>
    <w:unhideWhenUsed/>
    <w:rsid w:val="00AA1D8D"/>
    <w:pPr>
      <w:spacing w:after="120"/>
    </w:pPr>
  </w:style>
  <w:style w:type="character" w:customStyle="1" w:styleId="af0">
    <w:name w:val="Основной текст Знак"/>
    <w:basedOn w:val="a2"/>
    <w:link w:val="af"/>
    <w:uiPriority w:val="99"/>
    <w:rsid w:val="00AA1D8D"/>
  </w:style>
  <w:style w:type="paragraph" w:styleId="23">
    <w:name w:val="Body Text 2"/>
    <w:basedOn w:val="a1"/>
    <w:link w:val="24"/>
    <w:uiPriority w:val="99"/>
    <w:unhideWhenUsed/>
    <w:rsid w:val="00AA1D8D"/>
    <w:pPr>
      <w:spacing w:after="120" w:line="480" w:lineRule="auto"/>
    </w:pPr>
  </w:style>
  <w:style w:type="character" w:customStyle="1" w:styleId="24">
    <w:name w:val="Основной текст 2 Знак"/>
    <w:basedOn w:val="a2"/>
    <w:link w:val="23"/>
    <w:uiPriority w:val="99"/>
    <w:rsid w:val="00AA1D8D"/>
  </w:style>
  <w:style w:type="paragraph" w:styleId="33">
    <w:name w:val="Body Text 3"/>
    <w:basedOn w:val="a1"/>
    <w:link w:val="34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34">
    <w:name w:val="Основной текст 3 Знак"/>
    <w:basedOn w:val="a2"/>
    <w:link w:val="33"/>
    <w:uiPriority w:val="99"/>
    <w:rsid w:val="00AA1D8D"/>
    <w:rPr>
      <w:sz w:val="16"/>
      <w:szCs w:val="16"/>
    </w:rPr>
  </w:style>
  <w:style w:type="paragraph" w:styleId="af1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5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f2">
    <w:name w:val="List Continue"/>
    <w:basedOn w:val="a1"/>
    <w:uiPriority w:val="99"/>
    <w:unhideWhenUsed/>
    <w:rsid w:val="0029639D"/>
    <w:pPr>
      <w:spacing w:after="120"/>
      <w:ind w:left="360"/>
      <w:contextualSpacing/>
    </w:pPr>
  </w:style>
  <w:style w:type="paragraph" w:styleId="26">
    <w:name w:val="List Continue 2"/>
    <w:basedOn w:val="a1"/>
    <w:uiPriority w:val="99"/>
    <w:unhideWhenUsed/>
    <w:rsid w:val="0029639D"/>
    <w:pPr>
      <w:spacing w:after="120"/>
      <w:ind w:left="720"/>
      <w:contextualSpacing/>
    </w:pPr>
  </w:style>
  <w:style w:type="paragraph" w:styleId="36">
    <w:name w:val="List Continue 3"/>
    <w:basedOn w:val="a1"/>
    <w:uiPriority w:val="99"/>
    <w:unhideWhenUsed/>
    <w:rsid w:val="0029639D"/>
    <w:pPr>
      <w:spacing w:after="120"/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f4">
    <w:name w:val="Текст макроса Знак"/>
    <w:basedOn w:val="a2"/>
    <w:link w:val="af3"/>
    <w:uiPriority w:val="99"/>
    <w:rsid w:val="0029639D"/>
    <w:rPr>
      <w:rFonts w:ascii="Courier" w:hAnsi="Courier"/>
      <w:sz w:val="20"/>
      <w:szCs w:val="20"/>
    </w:rPr>
  </w:style>
  <w:style w:type="paragraph" w:styleId="27">
    <w:name w:val="Quote"/>
    <w:basedOn w:val="a1"/>
    <w:next w:val="a1"/>
    <w:link w:val="28"/>
    <w:uiPriority w:val="29"/>
    <w:qFormat/>
    <w:rsid w:val="00FC693F"/>
    <w:rPr>
      <w:i/>
      <w:iCs/>
      <w:color w:val="000000" w:themeColor="text1"/>
    </w:rPr>
  </w:style>
  <w:style w:type="character" w:customStyle="1" w:styleId="28">
    <w:name w:val="Цитата 2 Знак"/>
    <w:basedOn w:val="a2"/>
    <w:link w:val="27"/>
    <w:uiPriority w:val="29"/>
    <w:rsid w:val="00FC693F"/>
    <w:rPr>
      <w:i/>
      <w:iCs/>
      <w:color w:val="000000" w:themeColor="text1"/>
    </w:rPr>
  </w:style>
  <w:style w:type="character" w:customStyle="1" w:styleId="40">
    <w:name w:val="Заголовок 4 Знак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Заголовок 9 Знак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5">
    <w:name w:val="caption"/>
    <w:basedOn w:val="a1"/>
    <w:next w:val="a1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af6">
    <w:name w:val="Strong"/>
    <w:basedOn w:val="a2"/>
    <w:uiPriority w:val="22"/>
    <w:qFormat/>
    <w:rsid w:val="00FC693F"/>
    <w:rPr>
      <w:b/>
      <w:bCs/>
    </w:rPr>
  </w:style>
  <w:style w:type="character" w:styleId="af7">
    <w:name w:val="Emphasis"/>
    <w:basedOn w:val="a2"/>
    <w:uiPriority w:val="20"/>
    <w:qFormat/>
    <w:rsid w:val="00FC693F"/>
    <w:rPr>
      <w:i/>
      <w:iCs/>
    </w:rPr>
  </w:style>
  <w:style w:type="paragraph" w:styleId="af8">
    <w:name w:val="Intense Quote"/>
    <w:basedOn w:val="a1"/>
    <w:next w:val="a1"/>
    <w:link w:val="af9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9">
    <w:name w:val="Выделенная цитата Знак"/>
    <w:basedOn w:val="a2"/>
    <w:link w:val="af8"/>
    <w:uiPriority w:val="30"/>
    <w:rsid w:val="00FC693F"/>
    <w:rPr>
      <w:b/>
      <w:bCs/>
      <w:i/>
      <w:iCs/>
      <w:color w:val="4F81BD" w:themeColor="accent1"/>
    </w:rPr>
  </w:style>
  <w:style w:type="character" w:styleId="afa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afb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c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afd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e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aff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f0">
    <w:name w:val="Table Grid"/>
    <w:basedOn w:val="a3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f1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f2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f3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1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1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1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1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1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1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1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9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2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a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3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b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7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f4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f5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6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7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image" Target="media/image2.png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openxmlformats.org/officeDocument/2006/relationships/image" Target="media/image6.png"/><Relationship Id="rId5" Type="http://schemas.openxmlformats.org/officeDocument/2006/relationships/webSettings" Target="webSettings.xml"/><Relationship Id="rId10" Type="http://schemas.openxmlformats.org/officeDocument/2006/relationships/image" Target="media/image5.png"/><Relationship Id="rId4" Type="http://schemas.openxmlformats.org/officeDocument/2006/relationships/settings" Target="settings.xml"/><Relationship Id="rId9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83F7F834-3F4D-4A1E-8956-D01A4C05235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6</Pages>
  <Words>143</Words>
  <Characters>820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962</CharactersWithSpaces>
  <SharedDoc>false</SharedDoc>
  <HyperlinkBase/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Пользователь</cp:lastModifiedBy>
  <cp:revision>5</cp:revision>
  <dcterms:created xsi:type="dcterms:W3CDTF">2013-12-23T23:15:00Z</dcterms:created>
  <dcterms:modified xsi:type="dcterms:W3CDTF">2026-09-23T13:17:00Z</dcterms:modified>
  <cp:category/>
</cp:coreProperties>
</file>