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156" w:rsidRPr="00CA4C50" w:rsidRDefault="007B0763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Освітня програма </w:t>
      </w:r>
      <w:r w:rsidR="00CA4C50"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Екологія та охорона навколишнього середовища</w:t>
      </w:r>
      <w:r w:rsidR="00CA4C50"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1B1156" w:rsidRPr="00CA4C50" w:rsidRDefault="007B0763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CA4C50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CA4C50" w:rsidRPr="00CA4C50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CA4C50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CA4C50" w:rsidRPr="00CA4C50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CA4C50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1B1156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  <w:r w:rsidRPr="00704557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685ACD6" wp14:editId="61445F1D">
            <wp:extent cx="8049884" cy="4019266"/>
            <wp:effectExtent l="0" t="0" r="889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6_7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56604" cy="402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lang w:val="uk-UA"/>
        </w:rPr>
      </w:pPr>
    </w:p>
    <w:p w:rsidR="001B1156" w:rsidRPr="00704557" w:rsidRDefault="001B1156">
      <w:pPr>
        <w:jc w:val="center"/>
        <w:rPr>
          <w:rFonts w:ascii="Times New Roman" w:hAnsi="Times New Roman" w:cs="Times New Roman"/>
          <w:lang w:val="uk-UA"/>
        </w:rPr>
      </w:pPr>
    </w:p>
    <w:p w:rsidR="001B1156" w:rsidRPr="00704557" w:rsidRDefault="007B0763">
      <w:pPr>
        <w:rPr>
          <w:rFonts w:ascii="Times New Roman" w:hAnsi="Times New Roman" w:cs="Times New Roman"/>
          <w:lang w:val="uk-UA"/>
        </w:rPr>
      </w:pPr>
      <w:r w:rsidRPr="00704557">
        <w:rPr>
          <w:rFonts w:ascii="Times New Roman" w:hAnsi="Times New Roman" w:cs="Times New Roman"/>
          <w:lang w:val="uk-UA"/>
        </w:rPr>
        <w:br w:type="page"/>
      </w:r>
    </w:p>
    <w:p w:rsidR="001B1156" w:rsidRPr="00CA4C50" w:rsidRDefault="007B0763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CA4C50"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Інформаційні технології проектування</w:t>
      </w:r>
      <w:r w:rsidR="00CA4C50"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1B1156" w:rsidRPr="00CA4C50" w:rsidRDefault="007B0763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CA4C50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CA4C50" w:rsidRPr="00CA4C50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CA4C50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CA4C50" w:rsidRPr="00CA4C50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CA4C50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1B1156" w:rsidRPr="00704557" w:rsidRDefault="001B1156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  <w:r w:rsidRPr="00704557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91BAF3C" wp14:editId="461E6BC3">
            <wp:extent cx="8331047" cy="42103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_chart_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58124" cy="422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557" w:rsidRPr="00704557" w:rsidRDefault="00704557">
      <w:pPr>
        <w:jc w:val="center"/>
        <w:rPr>
          <w:rFonts w:ascii="Times New Roman" w:hAnsi="Times New Roman" w:cs="Times New Roman"/>
          <w:lang w:val="uk-UA"/>
        </w:rPr>
      </w:pPr>
    </w:p>
    <w:p w:rsidR="001B1156" w:rsidRPr="00704557" w:rsidRDefault="001B1156">
      <w:pPr>
        <w:jc w:val="center"/>
        <w:rPr>
          <w:rFonts w:ascii="Times New Roman" w:hAnsi="Times New Roman" w:cs="Times New Roman"/>
          <w:lang w:val="uk-UA"/>
        </w:rPr>
      </w:pPr>
    </w:p>
    <w:p w:rsidR="001B1156" w:rsidRPr="00704557" w:rsidRDefault="007B0763">
      <w:pPr>
        <w:rPr>
          <w:rFonts w:ascii="Times New Roman" w:hAnsi="Times New Roman" w:cs="Times New Roman"/>
          <w:lang w:val="uk-UA"/>
        </w:rPr>
      </w:pPr>
      <w:r w:rsidRPr="00704557">
        <w:rPr>
          <w:rFonts w:ascii="Times New Roman" w:hAnsi="Times New Roman" w:cs="Times New Roman"/>
          <w:lang w:val="uk-UA"/>
        </w:rPr>
        <w:br w:type="page"/>
      </w:r>
    </w:p>
    <w:p w:rsidR="001B1156" w:rsidRPr="00CA4C50" w:rsidRDefault="007B0763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CA4C50"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Інформаційні системи та технології підтримки віртуальних середовищ</w:t>
      </w:r>
      <w:r w:rsidR="00CA4C50" w:rsidRPr="00CA4C50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1B1156" w:rsidRPr="00CA4C50" w:rsidRDefault="007B0763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CA4C50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CA4C50" w:rsidRPr="00CA4C50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CA4C50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CA4C50" w:rsidRPr="00CA4C50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CA4C50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1B1156" w:rsidRPr="00704557" w:rsidRDefault="007B0763">
      <w:pPr>
        <w:jc w:val="center"/>
        <w:rPr>
          <w:rFonts w:ascii="Times New Roman" w:hAnsi="Times New Roman" w:cs="Times New Roman"/>
          <w:lang w:val="uk-UA"/>
        </w:rPr>
      </w:pPr>
      <w:r w:rsidRPr="00704557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8642013" cy="4367283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_chart_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46858" cy="4369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156" w:rsidRPr="00704557" w:rsidRDefault="007B0763">
      <w:pPr>
        <w:rPr>
          <w:rFonts w:ascii="Times New Roman" w:hAnsi="Times New Roman" w:cs="Times New Roman"/>
          <w:lang w:val="uk-UA"/>
        </w:rPr>
      </w:pPr>
      <w:r w:rsidRPr="00704557">
        <w:rPr>
          <w:rFonts w:ascii="Times New Roman" w:hAnsi="Times New Roman" w:cs="Times New Roman"/>
          <w:lang w:val="uk-UA"/>
        </w:rPr>
        <w:br w:type="page"/>
      </w:r>
    </w:p>
    <w:p w:rsidR="001B1156" w:rsidRPr="00A36697" w:rsidRDefault="007B0763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A36697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A36697" w:rsidRPr="00A36697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A36697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Проектування, виробництво та сертифікація авіаційної техніки</w:t>
      </w:r>
      <w:r w:rsidR="00A36697" w:rsidRPr="00A36697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1B1156" w:rsidRPr="00A36697" w:rsidRDefault="007B0763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A36697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CA4C50" w:rsidRPr="00A36697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A36697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A36697" w:rsidRPr="00A36697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A36697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1B1156" w:rsidRPr="00704557" w:rsidRDefault="001B1156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  <w:r w:rsidRPr="00704557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1E8F6F6C" wp14:editId="7FB2491D">
            <wp:extent cx="8158321" cy="4073857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3_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71363" cy="408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lang w:val="uk-UA"/>
        </w:rPr>
      </w:pPr>
    </w:p>
    <w:p w:rsidR="001B1156" w:rsidRPr="00704557" w:rsidRDefault="007B0763">
      <w:pPr>
        <w:rPr>
          <w:rFonts w:ascii="Times New Roman" w:hAnsi="Times New Roman" w:cs="Times New Roman"/>
          <w:lang w:val="uk-UA"/>
        </w:rPr>
      </w:pPr>
      <w:r w:rsidRPr="00704557">
        <w:rPr>
          <w:rFonts w:ascii="Times New Roman" w:hAnsi="Times New Roman" w:cs="Times New Roman"/>
          <w:lang w:val="uk-UA"/>
        </w:rPr>
        <w:br w:type="page"/>
      </w:r>
    </w:p>
    <w:p w:rsidR="001B1156" w:rsidRPr="00A36697" w:rsidRDefault="007B0763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A36697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A36697" w:rsidRPr="00A36697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A36697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Технічне обслуговування та ремонт повітряних суден і авіадвигунів</w:t>
      </w:r>
      <w:r w:rsidR="00A36697" w:rsidRPr="00A36697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1B1156" w:rsidRPr="00A36697" w:rsidRDefault="007B0763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A36697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CA4C50" w:rsidRPr="00A36697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A36697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A36697" w:rsidRPr="00A36697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A36697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1B1156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  <w:r w:rsidRPr="00704557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3186300" wp14:editId="499ABBA2">
            <wp:extent cx="8117891" cy="405338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4_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44236" cy="406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lang w:val="uk-UA"/>
        </w:rPr>
      </w:pPr>
    </w:p>
    <w:p w:rsidR="001B1156" w:rsidRPr="00704557" w:rsidRDefault="001B1156">
      <w:pPr>
        <w:jc w:val="center"/>
        <w:rPr>
          <w:rFonts w:ascii="Times New Roman" w:hAnsi="Times New Roman" w:cs="Times New Roman"/>
          <w:lang w:val="uk-UA"/>
        </w:rPr>
      </w:pPr>
    </w:p>
    <w:p w:rsidR="001B1156" w:rsidRPr="00704557" w:rsidRDefault="007B0763">
      <w:pPr>
        <w:rPr>
          <w:rFonts w:ascii="Times New Roman" w:hAnsi="Times New Roman" w:cs="Times New Roman"/>
          <w:lang w:val="uk-UA"/>
        </w:rPr>
      </w:pPr>
      <w:r w:rsidRPr="00704557">
        <w:rPr>
          <w:rFonts w:ascii="Times New Roman" w:hAnsi="Times New Roman" w:cs="Times New Roman"/>
          <w:lang w:val="uk-UA"/>
        </w:rPr>
        <w:br w:type="page"/>
      </w:r>
    </w:p>
    <w:p w:rsidR="001B1156" w:rsidRPr="00923BF4" w:rsidRDefault="007B0763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923BF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923BF4" w:rsidRPr="00923BF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923BF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Автомобілі та автомобільне господарство</w:t>
      </w:r>
      <w:r w:rsidR="00923BF4" w:rsidRPr="00923BF4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1B1156" w:rsidRPr="00923BF4" w:rsidRDefault="007B0763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923BF4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CA4C50" w:rsidRPr="00923BF4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923BF4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923BF4" w:rsidRPr="00923BF4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923BF4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1B1156" w:rsidRPr="00704557" w:rsidRDefault="001B1156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  <w:r w:rsidRPr="00704557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11C64B33" wp14:editId="7F3FA16A">
            <wp:extent cx="7734831" cy="3862316"/>
            <wp:effectExtent l="0" t="0" r="0" b="508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4_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40264" cy="386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557" w:rsidRPr="00704557" w:rsidRDefault="00704557">
      <w:pPr>
        <w:jc w:val="center"/>
        <w:rPr>
          <w:rFonts w:ascii="Times New Roman" w:hAnsi="Times New Roman" w:cs="Times New Roman"/>
          <w:noProof/>
          <w:lang w:val="uk-UA" w:eastAsia="ru-RU"/>
        </w:rPr>
      </w:pPr>
    </w:p>
    <w:p w:rsidR="00704557" w:rsidRPr="00704557" w:rsidRDefault="00704557">
      <w:pPr>
        <w:jc w:val="center"/>
        <w:rPr>
          <w:rFonts w:ascii="Times New Roman" w:hAnsi="Times New Roman" w:cs="Times New Roman"/>
          <w:lang w:val="uk-UA"/>
        </w:rPr>
      </w:pPr>
    </w:p>
    <w:p w:rsidR="001B1156" w:rsidRPr="00704557" w:rsidRDefault="001B1156">
      <w:pPr>
        <w:jc w:val="center"/>
        <w:rPr>
          <w:rFonts w:ascii="Times New Roman" w:hAnsi="Times New Roman" w:cs="Times New Roman"/>
          <w:lang w:val="uk-UA"/>
        </w:rPr>
      </w:pPr>
      <w:bookmarkStart w:id="0" w:name="_GoBack"/>
      <w:bookmarkEnd w:id="0"/>
    </w:p>
    <w:sectPr w:rsidR="001B1156" w:rsidRPr="00704557" w:rsidSect="00CA4C50">
      <w:pgSz w:w="15840" w:h="12240" w:orient="landscape"/>
      <w:pgMar w:top="646" w:right="794" w:bottom="646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B1156"/>
    <w:rsid w:val="0029639D"/>
    <w:rsid w:val="00326F90"/>
    <w:rsid w:val="00704557"/>
    <w:rsid w:val="007B0763"/>
    <w:rsid w:val="00923BF4"/>
    <w:rsid w:val="00A36697"/>
    <w:rsid w:val="00AA1D8D"/>
    <w:rsid w:val="00B47730"/>
    <w:rsid w:val="00CA4C5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46E64B1-8F4E-4B81-B202-FC00BFFE2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B29B8E-E2B7-4900-AB5A-B370FB935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7</cp:revision>
  <dcterms:created xsi:type="dcterms:W3CDTF">2013-12-23T23:15:00Z</dcterms:created>
  <dcterms:modified xsi:type="dcterms:W3CDTF">2026-09-23T14:15:00Z</dcterms:modified>
  <cp:category/>
</cp:coreProperties>
</file>